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330E" w14:textId="77777777" w:rsidR="00EB58C0" w:rsidRDefault="00000000" w:rsidP="00A00BBC">
      <w:pPr>
        <w:widowControl w:val="0"/>
        <w:jc w:val="center"/>
      </w:pPr>
      <w:r>
        <w:t>Проект договора</w:t>
      </w:r>
    </w:p>
    <w:p w14:paraId="44237FD8" w14:textId="77777777" w:rsidR="00EB58C0" w:rsidRPr="00A949D4" w:rsidRDefault="00000000" w:rsidP="00A00BBC">
      <w:pPr>
        <w:widowControl w:val="0"/>
        <w:jc w:val="center"/>
      </w:pPr>
      <w:r w:rsidRPr="00A949D4">
        <w:rPr>
          <w:b/>
        </w:rPr>
        <w:t>ДОГОВОР №</w:t>
      </w:r>
    </w:p>
    <w:p w14:paraId="20EC608E" w14:textId="77777777" w:rsidR="00EB58C0" w:rsidRPr="00A949D4" w:rsidRDefault="00000000" w:rsidP="00A00BBC">
      <w:pPr>
        <w:widowControl w:val="0"/>
        <w:jc w:val="center"/>
      </w:pPr>
      <w:r w:rsidRPr="00A949D4">
        <w:rPr>
          <w:b/>
        </w:rPr>
        <w:t>на оказание услуг по очистке территории, погрузке, вывозу и утилизации снега с территории Заказчика</w:t>
      </w:r>
    </w:p>
    <w:p w14:paraId="2740EE52" w14:textId="77777777" w:rsidR="00EB58C0" w:rsidRDefault="00EB58C0" w:rsidP="00A00BBC">
      <w:pPr>
        <w:widowControl w:val="0"/>
        <w:jc w:val="both"/>
      </w:pPr>
    </w:p>
    <w:p w14:paraId="01038540" w14:textId="77777777" w:rsidR="00EB58C0" w:rsidRDefault="00000000" w:rsidP="00A00BBC">
      <w:pPr>
        <w:widowControl w:val="0"/>
        <w:tabs>
          <w:tab w:val="right" w:pos="10206"/>
        </w:tabs>
      </w:pPr>
      <w:r>
        <w:t>_________</w:t>
      </w:r>
      <w:r>
        <w:tab/>
        <w:t>«__</w:t>
      </w:r>
      <w:proofErr w:type="gramStart"/>
      <w:r>
        <w:t>_»_</w:t>
      </w:r>
      <w:proofErr w:type="gramEnd"/>
      <w:r>
        <w:t>____________ 2026 г.</w:t>
      </w:r>
    </w:p>
    <w:p w14:paraId="7F1BAA55" w14:textId="77777777" w:rsidR="00EB58C0" w:rsidRDefault="00EB58C0" w:rsidP="00A00BBC">
      <w:pPr>
        <w:widowControl w:val="0"/>
        <w:jc w:val="both"/>
      </w:pPr>
    </w:p>
    <w:p w14:paraId="63628706" w14:textId="77777777" w:rsidR="00EB58C0" w:rsidRDefault="00000000" w:rsidP="00A00BBC">
      <w:pPr>
        <w:widowControl w:val="0"/>
        <w:ind w:firstLine="567"/>
        <w:jc w:val="both"/>
      </w:pPr>
      <w:r>
        <w:t>______ (__________), именуемое в дальнейшем «</w:t>
      </w:r>
      <w:r>
        <w:rPr>
          <w:b/>
        </w:rPr>
        <w:t>Заказчик</w:t>
      </w:r>
      <w:r>
        <w:t>», в лице ___________, действующего на основании Устава, с одной стороны, и __________________ (_____________), именуем___ в дальнейшем «</w:t>
      </w:r>
      <w:r>
        <w:rPr>
          <w:b/>
        </w:rPr>
        <w:t>Исполнитель</w:t>
      </w:r>
      <w:r>
        <w:t>», в лице ________________, действующего____ на основании ___________, с другой стороны, вместе именуемые «</w:t>
      </w:r>
      <w:r>
        <w:rPr>
          <w:b/>
        </w:rPr>
        <w:t>Стороны</w:t>
      </w:r>
      <w:r>
        <w:t>» и каждый в отдельности «</w:t>
      </w:r>
      <w:r>
        <w:rPr>
          <w:b/>
        </w:rPr>
        <w:t>Сторона</w:t>
      </w:r>
      <w:r>
        <w:t>», по итогам проведения закупки в электронном виде,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445C46DC" w14:textId="77777777" w:rsidR="00A00BBC" w:rsidRDefault="00A00BBC" w:rsidP="00A00BBC">
      <w:pPr>
        <w:widowControl w:val="0"/>
        <w:ind w:firstLine="567"/>
        <w:jc w:val="both"/>
      </w:pPr>
    </w:p>
    <w:p w14:paraId="55E2D834"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1. Предмет Договора</w:t>
      </w:r>
    </w:p>
    <w:p w14:paraId="7A8D39B9" w14:textId="77777777" w:rsidR="00EB58C0" w:rsidRDefault="00000000" w:rsidP="00A00BBC">
      <w:pPr>
        <w:widowControl w:val="0"/>
        <w:ind w:firstLine="567"/>
        <w:jc w:val="both"/>
      </w:pPr>
      <w:r w:rsidRPr="00A949D4">
        <w:t xml:space="preserve">1.1. Предметом Договора является: </w:t>
      </w:r>
      <w:r w:rsidRPr="00A949D4">
        <w:rPr>
          <w:b/>
        </w:rPr>
        <w:t>оказание услуг по очистке территории, погрузке, вывозу и утилизации снега с территории Заказчика</w:t>
      </w:r>
      <w:r w:rsidRPr="00A949D4">
        <w:t xml:space="preserve"> (далее – </w:t>
      </w:r>
      <w:r w:rsidRPr="00A949D4">
        <w:rPr>
          <w:b/>
        </w:rPr>
        <w:t>Услуги</w:t>
      </w:r>
      <w:r w:rsidRPr="00A949D4">
        <w:t xml:space="preserve">) для нужд Заказчика, состав, объем и стоимость которых указаны в Техническом задании (приложение № 1 к Договору) и Расчете цены Договора </w:t>
      </w:r>
      <w:r>
        <w:t>(приложение № 2 к Договору), и на условиях, предусмотренных Договором.</w:t>
      </w:r>
    </w:p>
    <w:p w14:paraId="16EC718F" w14:textId="77777777" w:rsidR="00EB58C0" w:rsidRDefault="00000000" w:rsidP="00A00BBC">
      <w:pPr>
        <w:widowControl w:val="0"/>
        <w:ind w:firstLine="567"/>
        <w:jc w:val="both"/>
      </w:pPr>
      <w:r>
        <w:t>1.2. По настоящему Договору Исполнитель обязуется оказать Услуги в обусловленный срок или сроки, установленные настоящим Договором, а Заказчик обязуется принять эти Услуги и уплатить за них определенную денежную сумму (цену) в сроки и в порядке, установленные настоящим Договором.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оказания такого вида Услуг, устанавливающих требования к качеству такого вида Услуг, в соответствии с условиями Договора.</w:t>
      </w:r>
    </w:p>
    <w:p w14:paraId="07CD3E77" w14:textId="77777777" w:rsidR="00EB58C0" w:rsidRDefault="00000000" w:rsidP="00A00BBC">
      <w:pPr>
        <w:widowControl w:val="0"/>
        <w:ind w:firstLine="567"/>
        <w:jc w:val="both"/>
      </w:pPr>
      <w:r>
        <w:t>1.3. Оказываемые Услуги должны соответствовать требованиям качества и безопасности в соответствии с действующими стандартами, утвержденными в отношении данного вида Услуг, что должно подтверждаться соответствующими документами, оформленными в соответствии с законодательством Российской Федерации. Исполнитель обязан по Договору оказать Заказчику Услуги, пригодные для целей, для которых Услуги такого рода обычно используются. Если Исполнитель при заключении Договора был поставлен Заказчиком в известность о конкретных целях приобретения Услуг, Исполнитель обязан оказать Услуги в соответствии с этими целями. Цели приобретения Услуг (назначение Услуг) могут быть указаны в Техническом задании (Приложение № 1 к Договору).</w:t>
      </w:r>
    </w:p>
    <w:p w14:paraId="67E20197" w14:textId="77777777" w:rsidR="00EB58C0" w:rsidRPr="00A949D4" w:rsidRDefault="00000000" w:rsidP="00A00BBC">
      <w:pPr>
        <w:widowControl w:val="0"/>
        <w:ind w:firstLine="567"/>
        <w:jc w:val="both"/>
      </w:pPr>
      <w:r>
        <w:t xml:space="preserve">1.4. Услуги должны оказываться квалифицированным персоналом Исполнителя, обладающим необходимыми знаниями, навыками, допусками и разрешениями (при наличии соответствующих требований законодательства Российской Федерации). Если иное не установлено в Техническом задании (Приложение № 1 к Договору), привлечение Исполнителем соисполнителей допускается только с письменного согласия </w:t>
      </w:r>
      <w:r w:rsidRPr="00A949D4">
        <w:t>Заказчика.</w:t>
      </w:r>
    </w:p>
    <w:p w14:paraId="2523B1FA" w14:textId="77777777" w:rsidR="00EB58C0" w:rsidRPr="00A949D4" w:rsidRDefault="00000000" w:rsidP="00A00BBC">
      <w:pPr>
        <w:widowControl w:val="0"/>
        <w:ind w:firstLine="567"/>
        <w:jc w:val="both"/>
      </w:pPr>
      <w:r w:rsidRPr="00A949D4">
        <w:t>1.5. Услуги включают:</w:t>
      </w:r>
    </w:p>
    <w:p w14:paraId="656F79D8" w14:textId="77777777" w:rsidR="00EB58C0" w:rsidRPr="00A949D4" w:rsidRDefault="00000000" w:rsidP="00A00BBC">
      <w:pPr>
        <w:widowControl w:val="0"/>
        <w:ind w:firstLine="567"/>
        <w:jc w:val="both"/>
      </w:pPr>
      <w:r w:rsidRPr="00A949D4">
        <w:t>1) очистку территории Заказчика от снега и сгребание снега в отведенные места;</w:t>
      </w:r>
    </w:p>
    <w:p w14:paraId="00A23764" w14:textId="77777777" w:rsidR="00EB58C0" w:rsidRPr="00A949D4" w:rsidRDefault="00000000" w:rsidP="00A00BBC">
      <w:pPr>
        <w:widowControl w:val="0"/>
        <w:ind w:firstLine="567"/>
        <w:jc w:val="both"/>
      </w:pPr>
      <w:r w:rsidRPr="00A949D4">
        <w:t>2) погрузку снега;</w:t>
      </w:r>
    </w:p>
    <w:p w14:paraId="6A339FF0" w14:textId="77777777" w:rsidR="00EB58C0" w:rsidRPr="00A949D4" w:rsidRDefault="00000000" w:rsidP="00A00BBC">
      <w:pPr>
        <w:widowControl w:val="0"/>
        <w:ind w:firstLine="567"/>
        <w:jc w:val="both"/>
      </w:pPr>
      <w:r w:rsidRPr="00A949D4">
        <w:t xml:space="preserve">3) вывоз снега транспортными средствами и механизмами Исполнителя на </w:t>
      </w:r>
      <w:proofErr w:type="spellStart"/>
      <w:r w:rsidRPr="00A949D4">
        <w:t>снегоприемные</w:t>
      </w:r>
      <w:proofErr w:type="spellEnd"/>
      <w:r w:rsidRPr="00A949D4">
        <w:t xml:space="preserve"> пункты;</w:t>
      </w:r>
    </w:p>
    <w:p w14:paraId="598BA543" w14:textId="77777777" w:rsidR="00EB58C0" w:rsidRPr="00A949D4" w:rsidRDefault="00000000" w:rsidP="00A00BBC">
      <w:pPr>
        <w:widowControl w:val="0"/>
        <w:ind w:firstLine="567"/>
        <w:jc w:val="both"/>
      </w:pPr>
      <w:r w:rsidRPr="00A949D4">
        <w:t xml:space="preserve">4) утилизацию (размещение) снега на </w:t>
      </w:r>
      <w:proofErr w:type="spellStart"/>
      <w:r w:rsidRPr="00A949D4">
        <w:t>снегоприемных</w:t>
      </w:r>
      <w:proofErr w:type="spellEnd"/>
      <w:r w:rsidRPr="00A949D4">
        <w:t xml:space="preserve"> пунктах.</w:t>
      </w:r>
    </w:p>
    <w:p w14:paraId="5D4FCFEF" w14:textId="77777777" w:rsidR="00EB58C0" w:rsidRPr="00A949D4" w:rsidRDefault="00000000" w:rsidP="00A00BBC">
      <w:pPr>
        <w:widowControl w:val="0"/>
        <w:ind w:firstLine="567"/>
        <w:jc w:val="both"/>
      </w:pPr>
      <w:r w:rsidRPr="00A949D4">
        <w:t xml:space="preserve">1.6. Вывоз и утилизация снега осуществляются Исполнителем только на официальные </w:t>
      </w:r>
      <w:proofErr w:type="spellStart"/>
      <w:r w:rsidRPr="00A949D4">
        <w:t>снегоприемные</w:t>
      </w:r>
      <w:proofErr w:type="spellEnd"/>
      <w:r w:rsidRPr="00A949D4">
        <w:t xml:space="preserve"> пункты (снежные полигоны, снегоплавильные пункты), имеющие разрешение на прием, переработку и утилизацию снега. Складирование снега на территории Заказчика допускается только по предварительному письменному согласованию с Заказчиком. Обращение с отходами, образующимися при оказании Услуг, обеспечивает Исполнитель в соответствии с законодательством Российской Федерации.</w:t>
      </w:r>
    </w:p>
    <w:p w14:paraId="5305B2D5" w14:textId="77777777" w:rsidR="00A00BBC" w:rsidRDefault="00A00BBC" w:rsidP="00A00BBC">
      <w:pPr>
        <w:widowControl w:val="0"/>
        <w:ind w:firstLine="567"/>
        <w:jc w:val="both"/>
      </w:pPr>
    </w:p>
    <w:p w14:paraId="6463FE0E"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2. Цена Договора и порядок расчетов</w:t>
      </w:r>
    </w:p>
    <w:p w14:paraId="6B16571E" w14:textId="77777777" w:rsidR="00EB58C0" w:rsidRDefault="00000000" w:rsidP="00A00BBC">
      <w:pPr>
        <w:widowControl w:val="0"/>
        <w:ind w:firstLine="567"/>
        <w:jc w:val="both"/>
      </w:pPr>
      <w:r>
        <w:t>2.1. Цена Договора составляет ___________ рублей (____________________),</w:t>
      </w:r>
    </w:p>
    <w:p w14:paraId="531919A6" w14:textId="77777777" w:rsidR="00EB58C0" w:rsidRDefault="00000000" w:rsidP="00A00BBC">
      <w:pPr>
        <w:widowControl w:val="0"/>
        <w:ind w:firstLine="567"/>
        <w:jc w:val="both"/>
      </w:pPr>
      <w:r>
        <w:t>При заключении договора выбирается один из следующих вариантов:</w:t>
      </w:r>
    </w:p>
    <w:p w14:paraId="04F9E9F9" w14:textId="77777777" w:rsidR="00EB58C0" w:rsidRDefault="00000000" w:rsidP="00A00BBC">
      <w:pPr>
        <w:widowControl w:val="0"/>
        <w:ind w:firstLine="567"/>
        <w:jc w:val="both"/>
      </w:pPr>
      <w:r>
        <w:t>1) Если услуги по договору облагаются НДС в соответствии с НК РФ и Исполнитель является плательщиком НДС в соответствии с НК РФ:</w:t>
      </w:r>
    </w:p>
    <w:p w14:paraId="0291A1D2" w14:textId="77777777" w:rsidR="00EB58C0" w:rsidRDefault="00000000" w:rsidP="00A00BBC">
      <w:pPr>
        <w:widowControl w:val="0"/>
        <w:ind w:firstLine="567"/>
        <w:jc w:val="both"/>
      </w:pPr>
      <w:r>
        <w:t>в том числе налог на добавленную стоимость (___%) (НДС) – __________ рублей (______________) (далее – цена Договора).</w:t>
      </w:r>
    </w:p>
    <w:p w14:paraId="27F996C9" w14:textId="77777777" w:rsidR="00EB58C0" w:rsidRDefault="00000000" w:rsidP="00A00BBC">
      <w:pPr>
        <w:widowControl w:val="0"/>
        <w:ind w:firstLine="567"/>
        <w:jc w:val="both"/>
      </w:pPr>
      <w:r>
        <w:t>2) Если услуги по договору не облагаются НДС в соответствии с НК РФ или Исполнитель не является плательщиком НДС в соответствии с НК РФ:</w:t>
      </w:r>
    </w:p>
    <w:p w14:paraId="2D1A57EB" w14:textId="77777777" w:rsidR="00EB58C0" w:rsidRDefault="00000000" w:rsidP="00A00BBC">
      <w:pPr>
        <w:widowControl w:val="0"/>
        <w:ind w:firstLine="567"/>
        <w:jc w:val="both"/>
      </w:pPr>
      <w: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66AB9402" w14:textId="77777777" w:rsidR="00EB58C0" w:rsidRDefault="00000000" w:rsidP="00A00BBC">
      <w:pPr>
        <w:widowControl w:val="0"/>
        <w:ind w:firstLine="567"/>
        <w:jc w:val="both"/>
      </w:pPr>
      <w:r>
        <w:lastRenderedPageBreak/>
        <w:t>2.2. Цена договора сформирована в соответствии с Техническим заданием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иные платежи, а также затраты, связанные с выполнением гарантийных обязательств.</w:t>
      </w:r>
    </w:p>
    <w:p w14:paraId="5F59EF0F" w14:textId="77777777" w:rsidR="00EB58C0" w:rsidRDefault="00000000" w:rsidP="00A00BBC">
      <w:pPr>
        <w:widowControl w:val="0"/>
        <w:ind w:firstLine="567"/>
        <w:jc w:val="both"/>
      </w:pPr>
      <w:r>
        <w:t>2.3. Источник финансирования по Договору: ____________.</w:t>
      </w:r>
    </w:p>
    <w:p w14:paraId="18350697" w14:textId="77777777" w:rsidR="00EB58C0" w:rsidRDefault="00000000" w:rsidP="00A00BBC">
      <w:pPr>
        <w:widowControl w:val="0"/>
        <w:ind w:firstLine="567"/>
        <w:jc w:val="both"/>
      </w:pPr>
      <w:r>
        <w:t xml:space="preserve">2.4. Оплата за оказанные Услуги производится Заказчиком безналичным перечислением денежных средств на расчетный счет Исполнителя после оказания Услуг по Договору на основании составленных в соответствии с настоящим Договором и предоставленных Исполнителем Заказчику счета на оплату, акта сдачи-приемки оказанных услуг и счета-фактуры (или универсального передаточного документа (далее – </w:t>
      </w:r>
      <w:proofErr w:type="spellStart"/>
      <w:r>
        <w:t>УПД</w:t>
      </w:r>
      <w:proofErr w:type="spellEnd"/>
      <w:r>
        <w:t xml:space="preserve">)) в срок не более 7 (семи) рабочих дней с даты приемки (со дня подписания Заказчиком акта сдачи-приемки оказанных услуг (или </w:t>
      </w:r>
      <w:proofErr w:type="spellStart"/>
      <w:r>
        <w:t>УПД</w:t>
      </w:r>
      <w:proofErr w:type="spellEnd"/>
      <w:r>
        <w:t>)), при отсутствии у Заказчика претензий по объему и качеству оказанных Услуг, претензий по оформлению всех необходимых документов, предоставляемых вместе с документами о приемке согласно требованиям законодательства РФ, в том числе законодательства о бухгалтерском учете, налогового законодательства, и в соответствии с условиями настоящего Договора.</w:t>
      </w:r>
    </w:p>
    <w:p w14:paraId="454A9729" w14:textId="77777777" w:rsidR="00EB58C0" w:rsidRDefault="00000000" w:rsidP="00A00BBC">
      <w:pPr>
        <w:widowControl w:val="0"/>
        <w:ind w:firstLine="567"/>
        <w:jc w:val="both"/>
      </w:pPr>
      <w:r>
        <w:t>2.5. Обязательства Заказчика по оплате считаются исполненными с момента списания денежных средств в размере, установленном Договоре, с расчетного счета Заказчика. За дальнейшее прохождение денежных средств Заказчик ответственности не несет.</w:t>
      </w:r>
    </w:p>
    <w:p w14:paraId="5995E499" w14:textId="77777777" w:rsidR="00EB58C0" w:rsidRDefault="00000000" w:rsidP="00A00BBC">
      <w:pPr>
        <w:widowControl w:val="0"/>
        <w:ind w:firstLine="567"/>
        <w:jc w:val="both"/>
      </w:pPr>
      <w:r>
        <w:t>2.6. Сведения о валюте, используемой для формирования цены Договора и проведения всех взаиморасчетов Сторонами по настоящему Договору: рубль Российской Федерации.</w:t>
      </w:r>
    </w:p>
    <w:p w14:paraId="666FA037" w14:textId="77777777" w:rsidR="00EB58C0" w:rsidRDefault="00000000" w:rsidP="00A00BBC">
      <w:pPr>
        <w:widowControl w:val="0"/>
        <w:ind w:firstLine="567"/>
        <w:jc w:val="both"/>
      </w:pPr>
      <w:r>
        <w:t>2.7.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132203D1" w14:textId="77777777" w:rsidR="00A00BBC" w:rsidRDefault="00A00BBC" w:rsidP="00A00BBC">
      <w:pPr>
        <w:widowControl w:val="0"/>
        <w:ind w:firstLine="567"/>
        <w:jc w:val="both"/>
      </w:pPr>
    </w:p>
    <w:p w14:paraId="636247A1"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3. Место, срок и порядок оказания Услуг</w:t>
      </w:r>
    </w:p>
    <w:p w14:paraId="4C62C9AC" w14:textId="77777777" w:rsidR="00EB58C0" w:rsidRDefault="00000000" w:rsidP="00A00BBC">
      <w:pPr>
        <w:widowControl w:val="0"/>
        <w:ind w:firstLine="567"/>
        <w:jc w:val="both"/>
      </w:pPr>
      <w:r>
        <w:t>3.1. Место оказания Услуг: установлено в Техническом задании (Приложение № 1 к Договору).</w:t>
      </w:r>
    </w:p>
    <w:p w14:paraId="04DFB1B1" w14:textId="77777777" w:rsidR="00EB58C0" w:rsidRDefault="00000000" w:rsidP="00A00BBC">
      <w:pPr>
        <w:widowControl w:val="0"/>
        <w:ind w:firstLine="567"/>
        <w:jc w:val="both"/>
      </w:pPr>
      <w:r>
        <w:t xml:space="preserve">3.2. Услуги считаются оказанными с момента подписания Сторонами акта сдачи-приемки оказанных услуг (или </w:t>
      </w:r>
      <w:proofErr w:type="spellStart"/>
      <w:r>
        <w:t>УПД</w:t>
      </w:r>
      <w:proofErr w:type="spellEnd"/>
      <w:r>
        <w:t>) в порядке, установленном разделом 4 настоящего Договора.</w:t>
      </w:r>
    </w:p>
    <w:p w14:paraId="14B07D7D" w14:textId="77777777" w:rsidR="00EB58C0" w:rsidRDefault="00000000" w:rsidP="00A00BBC">
      <w:pPr>
        <w:widowControl w:val="0"/>
        <w:ind w:firstLine="567"/>
        <w:jc w:val="both"/>
      </w:pPr>
      <w:r>
        <w:t>3.3. Срок оказания Услуг: установлен в Техническом задании (Приложение № 1 к Договору).</w:t>
      </w:r>
    </w:p>
    <w:p w14:paraId="51CAE200" w14:textId="77777777" w:rsidR="00EB58C0" w:rsidRDefault="00000000" w:rsidP="00A00BBC">
      <w:pPr>
        <w:widowControl w:val="0"/>
        <w:ind w:firstLine="567"/>
        <w:jc w:val="both"/>
      </w:pPr>
      <w:r>
        <w:t>3.4. Не позднее чем за 2 (два) рабочих дня до планируемого дня начала оказания Услуг (оказание единовременное) Исполнитель обязан:</w:t>
      </w:r>
    </w:p>
    <w:p w14:paraId="6F4CFFAD" w14:textId="77777777" w:rsidR="00EB58C0" w:rsidRDefault="00000000" w:rsidP="00A00BBC">
      <w:pPr>
        <w:widowControl w:val="0"/>
        <w:ind w:firstLine="567"/>
        <w:jc w:val="both"/>
      </w:pPr>
      <w:r>
        <w:t>1) согласовать с представителем Заказчика график (порядок) оказания Услуг, дату и время начала оказания Услуг;</w:t>
      </w:r>
    </w:p>
    <w:p w14:paraId="77F97C57" w14:textId="77777777" w:rsidR="00EB58C0" w:rsidRDefault="00000000" w:rsidP="00A00BBC">
      <w:pPr>
        <w:widowControl w:val="0"/>
        <w:ind w:firstLine="567"/>
        <w:jc w:val="both"/>
      </w:pPr>
      <w:r>
        <w:t>2) сообщить Заказчику состав и количество персонала Исполнителя, привлекаемого к оказанию Услуг, сведения о документах, подтверждающих допуски, разрешения, квалификацию персонала (при наличии соответствующих требований);</w:t>
      </w:r>
    </w:p>
    <w:p w14:paraId="39241668" w14:textId="77777777" w:rsidR="00EB58C0" w:rsidRDefault="00000000" w:rsidP="00A00BBC">
      <w:pPr>
        <w:widowControl w:val="0"/>
        <w:ind w:firstLine="567"/>
        <w:jc w:val="both"/>
      </w:pPr>
      <w:r>
        <w:t>3) направить для проверки представителю Заказчика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387C76EA" w14:textId="77777777" w:rsidR="00EB58C0" w:rsidRDefault="00000000" w:rsidP="00A00BBC">
      <w:pPr>
        <w:widowControl w:val="0"/>
        <w:ind w:firstLine="567"/>
        <w:jc w:val="both"/>
      </w:pPr>
      <w:r>
        <w:t>Исполнитель должен убедиться, что необходимые сведения и документы, установленные настоящим пунктом Договора, получены представителем Заказчика.</w:t>
      </w:r>
    </w:p>
    <w:p w14:paraId="19EAAE66" w14:textId="77777777" w:rsidR="00EB58C0" w:rsidRDefault="00000000" w:rsidP="00A00BBC">
      <w:pPr>
        <w:widowControl w:val="0"/>
        <w:ind w:firstLine="567"/>
        <w:jc w:val="both"/>
      </w:pPr>
      <w:r>
        <w:t>Подразделение (представитель Заказчика), ответственное за организацию приемки оказанных Услуг. Контактные телефоны представителя Заказчика: _______________________________.</w:t>
      </w:r>
    </w:p>
    <w:p w14:paraId="5B314C28" w14:textId="77777777" w:rsidR="00EB58C0" w:rsidRDefault="00000000" w:rsidP="00A00BBC">
      <w:pPr>
        <w:widowControl w:val="0"/>
        <w:ind w:firstLine="567"/>
        <w:jc w:val="both"/>
      </w:pPr>
      <w:r>
        <w:t>Электронная почта представителя Заказчика: ______________________________.</w:t>
      </w:r>
    </w:p>
    <w:p w14:paraId="0D4370DA" w14:textId="77777777" w:rsidR="00EB58C0" w:rsidRDefault="00000000" w:rsidP="00A00BBC">
      <w:pPr>
        <w:widowControl w:val="0"/>
        <w:ind w:firstLine="567"/>
        <w:jc w:val="both"/>
      </w:pPr>
      <w:r>
        <w:t>3.5. При оказании Услуг на территории Заказчика Исполнитель обязан соблюдать пропускной и внутриобъектовый режим, правила охраны труда, техники безопасности, пожарной безопасности, санитарно-эпидемиологические и иные обязательные требования, установленные законодательством Российской Федерации и локальными нормативными актами Заказчика, а также обеспечить прибытие персонала Исполнителя на территорию Заказчика в согласованное с представителем Заказчика время. Дополнительные условия и ограничения по времени и порядку оказания Услуг могут быть установлены в Техническом задании (Приложение № 1 к Договору).</w:t>
      </w:r>
    </w:p>
    <w:p w14:paraId="6F4D1842" w14:textId="77777777" w:rsidR="00EB58C0" w:rsidRDefault="00000000" w:rsidP="00A00BBC">
      <w:pPr>
        <w:widowControl w:val="0"/>
        <w:ind w:firstLine="567"/>
        <w:jc w:val="both"/>
      </w:pPr>
      <w:r>
        <w:t>3.6. Если Договором предусмотрено поэтапное оказание Услуг, этапы оказания Услуг, их сроки и стоимость устанавливаются в Техническом задании (Приложение № 1 к Договору) и Расчете цены Договора (Приложение № 2 к Договору). Заказчик вправе отказаться от приемки части этапа Услуг, оказанных с нарушением условий настоящего Договора.</w:t>
      </w:r>
    </w:p>
    <w:p w14:paraId="7BA89D99" w14:textId="77777777" w:rsidR="00EB58C0" w:rsidRDefault="00000000" w:rsidP="00A00BBC">
      <w:pPr>
        <w:widowControl w:val="0"/>
        <w:ind w:firstLine="567"/>
        <w:jc w:val="both"/>
      </w:pPr>
      <w:r>
        <w:t>3.7. Исполнитель обязан обеспечить оказание Услуг необходимыми материалами, оборудованием, инструментами и документацией, если иное не установлено в Техническом задании (Приложение № 1 к Договору). Материалы и оборудование, используемые при оказании Услуг,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w:t>
      </w:r>
    </w:p>
    <w:p w14:paraId="0EB30014" w14:textId="77777777" w:rsidR="00EB58C0" w:rsidRDefault="00000000" w:rsidP="00A00BBC">
      <w:pPr>
        <w:widowControl w:val="0"/>
        <w:ind w:firstLine="567"/>
        <w:jc w:val="both"/>
      </w:pPr>
      <w:r>
        <w:t xml:space="preserve">3.8. Исполнитель обязуется предоставить Заказчику при сдаче результатов оказанных Услуг (каждого </w:t>
      </w:r>
      <w:r>
        <w:lastRenderedPageBreak/>
        <w:t>этапа Услуг):</w:t>
      </w:r>
    </w:p>
    <w:p w14:paraId="0416BEBC" w14:textId="77777777" w:rsidR="00EB58C0" w:rsidRDefault="00000000" w:rsidP="00A00BBC">
      <w:pPr>
        <w:widowControl w:val="0"/>
        <w:ind w:firstLine="567"/>
        <w:jc w:val="both"/>
      </w:pPr>
      <w:r>
        <w:t xml:space="preserve">1) акт сдачи-приемки оказанных услуг (или универсальный передаточный документ, далее – </w:t>
      </w:r>
      <w:proofErr w:type="spellStart"/>
      <w:r>
        <w:t>УПД</w:t>
      </w:r>
      <w:proofErr w:type="spellEnd"/>
      <w:r>
        <w:t xml:space="preserve">). В акте сдачи-приемки оказанных услуг (или </w:t>
      </w:r>
      <w:proofErr w:type="spellStart"/>
      <w:r>
        <w:t>УПД</w:t>
      </w:r>
      <w:proofErr w:type="spellEnd"/>
      <w:r>
        <w:t>) должны быть в обязательном порядке указаны номер и дата настоящего Договора, наименование, объем (количество) и стоимость фактически оказанных Услуг;</w:t>
      </w:r>
    </w:p>
    <w:p w14:paraId="779FE000" w14:textId="77777777" w:rsidR="00EB58C0" w:rsidRDefault="00000000" w:rsidP="00A00BBC">
      <w:pPr>
        <w:widowControl w:val="0"/>
        <w:ind w:firstLine="567"/>
        <w:jc w:val="both"/>
      </w:pPr>
      <w:r>
        <w:t xml:space="preserve">2) счет-фактуру или </w:t>
      </w:r>
      <w:proofErr w:type="spellStart"/>
      <w:r>
        <w:t>УПД</w:t>
      </w:r>
      <w:proofErr w:type="spellEnd"/>
      <w:r>
        <w:t xml:space="preserve">. Исполнитель обязан выставлять счета-фактуры или </w:t>
      </w:r>
      <w:proofErr w:type="spellStart"/>
      <w:r>
        <w:t>УПД</w:t>
      </w:r>
      <w:proofErr w:type="spellEnd"/>
      <w:r>
        <w:t xml:space="preserve"> в сроки, предусмотренные частью 3 статьи 168 Налогового Кодекса РФ. Счет-фактура или </w:t>
      </w:r>
      <w:proofErr w:type="spellStart"/>
      <w:r>
        <w:t>УПД</w:t>
      </w:r>
      <w:proofErr w:type="spellEnd"/>
      <w:r>
        <w:t xml:space="preserve"> должна включать все реквизиты и быть составлена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4B61588F" w14:textId="77777777" w:rsidR="00EB58C0" w:rsidRDefault="00000000" w:rsidP="00A00BBC">
      <w:pPr>
        <w:widowControl w:val="0"/>
        <w:ind w:firstLine="567"/>
        <w:jc w:val="both"/>
      </w:pPr>
      <w:r>
        <w:t>3) счет на оплату с указанием суммы, соответствующей установленному порядку расчетов по Договору и с учетом ранее уплаченных Заказчиком денежных средств по Договору, с учетом фактически оказанных Услуг по Договору (если условием является оплата после оказания фактического объема Услуг). Банковские реквизиты для перечисления денежных средств по Договору в счете на оплату должны соответствовать реквизитам Исполнителя, указанным в настоящем Договоре, либо Исполнитель должен к счету приложить письмо о смене банковских реквизитов для оплаты по Договору, подписанное Исполнителем и скрепленное печатью (при наличии печати). Счет на оплату не предоставляется Заказчику в момент сдачи результатов Услуг, если оплата за Услуги не осуществляется после оказания Услуг;</w:t>
      </w:r>
    </w:p>
    <w:p w14:paraId="708F49D3" w14:textId="77777777" w:rsidR="00EB58C0" w:rsidRDefault="00000000" w:rsidP="00A00BBC">
      <w:pPr>
        <w:widowControl w:val="0"/>
        <w:ind w:firstLine="567"/>
        <w:jc w:val="both"/>
      </w:pPr>
      <w:r>
        <w:t>4) документы, подтверждающие качество Услуг, отчетные документы, иные документы, которые в соответствии с законодательством Российской Федерации и в соответствии с Техническим заданием (Приложение № 1 к Договору) предоставляются вместе с документами о приемке Услуг.</w:t>
      </w:r>
    </w:p>
    <w:p w14:paraId="441028BA" w14:textId="77777777" w:rsidR="00EB58C0" w:rsidRDefault="00000000" w:rsidP="00A00BBC">
      <w:pPr>
        <w:widowControl w:val="0"/>
        <w:ind w:firstLine="567"/>
        <w:jc w:val="both"/>
      </w:pPr>
      <w:r>
        <w:t>3.9. Сведения, указанные во всех документах, предоставляемых Исполнителем Заказчику при сдаче результатов оказанных Услуг (каждого этапа Услуг),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объема (количества), единицы измерения, цены за единицу оказываемых услуг, реквизитов и других сведений. В случае отсутствия каких-либо документов, предоставляемых Исполнителем Заказчику при сдаче результатов оказанных Услуг (каждого этапа Услуг),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наличии опечаток, помарок, исправлений Заказчик вправе отказаться от приемки Услуг. Услуги будут считаться неоказанными (не принятыми).</w:t>
      </w:r>
    </w:p>
    <w:p w14:paraId="3AF731D3" w14:textId="77777777" w:rsidR="00EB58C0" w:rsidRDefault="00000000" w:rsidP="00A00BBC">
      <w:pPr>
        <w:widowControl w:val="0"/>
        <w:ind w:firstLine="567"/>
        <w:jc w:val="both"/>
      </w:pPr>
      <w:r>
        <w:t>3.10. При оказании Услуг Исполнитель обязан соблюдать требования охраны труда, техники безопасности, промышленной и пожарной безопасности, санитарно-эпидемиологические требования, требования в области охраны окружающей среды и иные обязательные требования, установленные законодательством Российской Федерации, в том числе при использовании оборудования, материалов, транспортных средств, необходимость использования которых обусловлена порядком оказания Услуг.</w:t>
      </w:r>
    </w:p>
    <w:p w14:paraId="383F45B8" w14:textId="77777777" w:rsidR="00EB58C0" w:rsidRDefault="00000000" w:rsidP="00A00BBC">
      <w:pPr>
        <w:widowControl w:val="0"/>
        <w:ind w:firstLine="567"/>
        <w:jc w:val="both"/>
      </w:pPr>
      <w:r>
        <w:t>3.11. Исполнитель гарантирует отсутствие нарушения исключительных прав третьих лиц, связанных с оказанием Услуг и использованием их результатов. Все убытки, понесенные Заказчиком в случае нарушения исключительных прав третьих лиц на результаты интеллектуальной деятельности при оказании и использовании Услуг, включая судебные расходы и возмещение материального ущерба, возмещаются Исполнителем в полном объеме.</w:t>
      </w:r>
    </w:p>
    <w:p w14:paraId="1680A5AB" w14:textId="77777777" w:rsidR="00A00BBC" w:rsidRDefault="00A00BBC" w:rsidP="00A00BBC">
      <w:pPr>
        <w:widowControl w:val="0"/>
        <w:ind w:firstLine="567"/>
        <w:jc w:val="both"/>
      </w:pPr>
    </w:p>
    <w:p w14:paraId="6E62640E"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4. Порядок сдачи и приемки оказанных Услуг</w:t>
      </w:r>
    </w:p>
    <w:p w14:paraId="4FA5607A" w14:textId="77777777" w:rsidR="00EB58C0" w:rsidRDefault="00000000" w:rsidP="00A00BBC">
      <w:pPr>
        <w:widowControl w:val="0"/>
        <w:ind w:firstLine="567"/>
        <w:jc w:val="both"/>
      </w:pPr>
      <w:r>
        <w:t>4.1. Приемка Услуг осуществляется в месте оказания Услуг. Приемка осуществляется уполномоченным представителем Заказчика. Представители Исполнителя вправе присутствовать при проведении приемки. Заказчик вправе создать приемочную комиссию для проверки соответствия Услуг требованиям, установленным Договором.</w:t>
      </w:r>
    </w:p>
    <w:p w14:paraId="1672F7AC" w14:textId="77777777" w:rsidR="00EB58C0" w:rsidRDefault="00000000" w:rsidP="00A00BBC">
      <w:pPr>
        <w:widowControl w:val="0"/>
        <w:ind w:firstLine="567"/>
        <w:jc w:val="both"/>
      </w:pPr>
      <w:r>
        <w:t>4.2. Приемка Услуг производится в срок, не превышающий 15 (пятнадцать) рабочих дней с момента представления Исполнителем акта сдачи-приемки оказанных услуг (окончания оказания Услуг), по месту оказания Услуг в соответствии с настоящим Договором.</w:t>
      </w:r>
    </w:p>
    <w:p w14:paraId="539442AC" w14:textId="77777777" w:rsidR="00EB58C0" w:rsidRDefault="00000000" w:rsidP="00A00BBC">
      <w:pPr>
        <w:widowControl w:val="0"/>
        <w:ind w:firstLine="567"/>
        <w:jc w:val="both"/>
      </w:pPr>
      <w:r>
        <w:t>4.3. Приемка оказанных Исполнителем Услуг осуществляется путем:</w:t>
      </w:r>
    </w:p>
    <w:p w14:paraId="79CE9B5F" w14:textId="77777777" w:rsidR="00EB58C0" w:rsidRDefault="00000000" w:rsidP="00A00BBC">
      <w:pPr>
        <w:widowControl w:val="0"/>
        <w:ind w:firstLine="567"/>
        <w:jc w:val="both"/>
      </w:pPr>
      <w:r>
        <w:t>1) проверки соответствия объема оказанных Услуг данным, указанным в акте сдачи-приемки оказанных услуг и Техническом задании (Приложение № 1 к Договору);</w:t>
      </w:r>
    </w:p>
    <w:p w14:paraId="062B7204" w14:textId="77777777" w:rsidR="00EB58C0" w:rsidRDefault="00000000" w:rsidP="00A00BBC">
      <w:pPr>
        <w:widowControl w:val="0"/>
        <w:ind w:firstLine="567"/>
        <w:jc w:val="both"/>
      </w:pPr>
      <w:r>
        <w:t>2) проверки полноты и надлежащего оформления всех необходимых документов, предоставляемых Исполнителем вместе с документами о приемке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w:t>
      </w:r>
    </w:p>
    <w:p w14:paraId="4BC1C983" w14:textId="77777777" w:rsidR="00EB58C0" w:rsidRDefault="00000000" w:rsidP="00A00BBC">
      <w:pPr>
        <w:widowControl w:val="0"/>
        <w:ind w:firstLine="567"/>
        <w:jc w:val="both"/>
      </w:pPr>
      <w:r>
        <w:t xml:space="preserve">3) проверки качества Услуг. Для проверки соответствия качества оказанных Услуг требованиям, установленным Договором и приложениями к нему, Заказчик проводит приемку по качеству Услуг. Приемка по качеству Услуг может проводиться Заказчиком своими силами или к ее проведению могут привлекаться эксперты, экспертные организации. При приемке Услуг по качеству Заказчик вправе осуществить выборочную проверку качества Услуг. В случае, если при осуществлении выборочной проверки обнаружены </w:t>
      </w:r>
      <w:r>
        <w:lastRenderedPageBreak/>
        <w:t>Услуги (часть Услуг), качество которых не соответствует требованиям Договора, результаты такой проверки распространяются на весь объем Услуг (этапа Услуг, если Договором предусмотрено поэтапное оказание Услуг);</w:t>
      </w:r>
    </w:p>
    <w:p w14:paraId="645C7A0F" w14:textId="77777777" w:rsidR="00EB58C0" w:rsidRDefault="00000000" w:rsidP="00A00BBC">
      <w:pPr>
        <w:widowControl w:val="0"/>
        <w:ind w:firstLine="567"/>
        <w:jc w:val="both"/>
      </w:pPr>
      <w:r>
        <w:t>4) подписания акта сдачи-приемки оказанных услуг и передачи необходимых экземпляров таких документов Исполнителю при отсутствии у Заказчика претензий по объему и качеству оказанных Услуг и надлежащем оформлении Исполнителем всех предоставляемых вместе с документами о приемке документов в соответствии с настоящим Договором. После подписания Заказчиком акта сдачи-приемки оказанных услуг Услуги считаются оказанными и принятыми.</w:t>
      </w:r>
    </w:p>
    <w:p w14:paraId="4AC378A0" w14:textId="77777777" w:rsidR="00EB58C0" w:rsidRDefault="00000000" w:rsidP="00A00BBC">
      <w:pPr>
        <w:widowControl w:val="0"/>
        <w:ind w:firstLine="567"/>
        <w:jc w:val="both"/>
      </w:pPr>
      <w:r>
        <w:t>4.4. При выявлении недостатков Услуг при их приемке или в ходе непосредственного использования результатов Услуг в соответствии с их назначением (в том числе при выявлении несоответствия объема, наименований, качества Услуг) Заказчик в течение 3 (трех) рабочих дней с момента такого выявления направляет Исполнителю письменное уведомление (претензию) о необходимости устранения недостатков. В течение 15 (пятнадцати) рабочих дней с момента письменного уведомления Заказчика о выявленных недостатках, если иной срок не установлен в Техническом задании (Приложение № 1 к Договору), Исполнитель обязан устранить выявленные замечания.</w:t>
      </w:r>
    </w:p>
    <w:p w14:paraId="47F77089" w14:textId="77777777" w:rsidR="00EB58C0" w:rsidRDefault="00000000" w:rsidP="00A00BBC">
      <w:pPr>
        <w:widowControl w:val="0"/>
        <w:ind w:firstLine="567"/>
        <w:jc w:val="both"/>
      </w:pPr>
      <w:r>
        <w:t>4.5. Претензии по скрытым недостаткам могут быть заявлены Заказчиком в течение всего гарантийного срока на результат Услуг.</w:t>
      </w:r>
    </w:p>
    <w:p w14:paraId="7AA50C83" w14:textId="77777777" w:rsidR="00EB58C0" w:rsidRDefault="00000000" w:rsidP="00A00BBC">
      <w:pPr>
        <w:widowControl w:val="0"/>
        <w:ind w:firstLine="567"/>
        <w:jc w:val="both"/>
      </w:pPr>
      <w:r>
        <w:t>4.6. При отказе Заказчика от приемки Услуг оформляется двусторонний акт с перечнем недостатков, условиями и сроками их устранения. При немотивированном отказе представителя Исполнителя от подписания акта (бездействие) ненадлежащее качество Услуг подтверждается актом, подписанным Заказчиком в одностороннем порядке.</w:t>
      </w:r>
    </w:p>
    <w:p w14:paraId="28DDE824" w14:textId="77777777" w:rsidR="00EB58C0" w:rsidRDefault="00000000" w:rsidP="00A00BBC">
      <w:pPr>
        <w:widowControl w:val="0"/>
        <w:ind w:firstLine="567"/>
        <w:jc w:val="both"/>
      </w:pPr>
      <w:r>
        <w:t>4.7. В случае оказания Услуг ненадлежащего качества (в том числе в случае выявления недостатков, препятствующих использованию результатов Услуг по назначению) Исполнитель обязан безвозмездно устранить недостатки Услуг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 В случае, если Исполнитель не согласен с предъявляемой Заказчиком претензией о некачественном оказании Услуг,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в том числе связанных с проведением экспертизы, осуществляется Исполнителем.</w:t>
      </w:r>
    </w:p>
    <w:p w14:paraId="641F6BF1" w14:textId="77777777" w:rsidR="00EB58C0" w:rsidRDefault="00000000" w:rsidP="00A00BBC">
      <w:pPr>
        <w:widowControl w:val="0"/>
        <w:ind w:firstLine="567"/>
        <w:jc w:val="both"/>
      </w:pPr>
      <w:r>
        <w:t>4.8. В случае оказания Услуг не в полном объеме Исполнитель обязан оказать недостающие Услуги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w:t>
      </w:r>
    </w:p>
    <w:p w14:paraId="247CE59A" w14:textId="77777777" w:rsidR="00EB58C0" w:rsidRDefault="00000000" w:rsidP="00A00BBC">
      <w:pPr>
        <w:widowControl w:val="0"/>
        <w:ind w:firstLine="567"/>
        <w:jc w:val="both"/>
      </w:pPr>
      <w:r>
        <w:t>4.9. Все расходы, связанные с устранением недостатков Услуг, оказанных с нарушением требований к объему или качеству, установленных настоящим Договором, осуществляются за счет Исполнителя.</w:t>
      </w:r>
    </w:p>
    <w:p w14:paraId="668111BF" w14:textId="77777777" w:rsidR="00EB58C0" w:rsidRDefault="00000000" w:rsidP="00A00BBC">
      <w:pPr>
        <w:widowControl w:val="0"/>
        <w:ind w:firstLine="567"/>
        <w:jc w:val="both"/>
      </w:pPr>
      <w:r>
        <w:t>4.10. Особенности осуществления приемки, сроки приемки, порядок устранения недостатков Услуг, порядок оформления документов о приемке могут быть установлены в Техническом задании (Приложение № 1 к Договору). В случае если условия настоящего раздела Договора противоречат условиям, установленным в Техническом задании (Приложение № 1 к Договору), применяются условия, указанные в Техническом задании (Приложение № 1 к Договору).</w:t>
      </w:r>
    </w:p>
    <w:p w14:paraId="0092AD33" w14:textId="77777777" w:rsidR="00EB58C0" w:rsidRDefault="00000000" w:rsidP="00A00BBC">
      <w:pPr>
        <w:widowControl w:val="0"/>
        <w:ind w:firstLine="567"/>
        <w:jc w:val="both"/>
      </w:pPr>
      <w:r>
        <w:t xml:space="preserve">4.11. Услуги считаются оказанными (результаты Услуг переданными), а риск </w:t>
      </w:r>
      <w:proofErr w:type="gramStart"/>
      <w:r>
        <w:t>не достижения</w:t>
      </w:r>
      <w:proofErr w:type="gramEnd"/>
      <w:r>
        <w:t xml:space="preserve"> результата Услуг переходит от Исполнителя к Заказчику с момента подписания Сторонами акта сдачи-приемки оказанных услуг согласно условиям настоящего Договора.</w:t>
      </w:r>
    </w:p>
    <w:p w14:paraId="160B24B8" w14:textId="77777777" w:rsidR="00EB58C0" w:rsidRDefault="00000000" w:rsidP="00A00BBC">
      <w:pPr>
        <w:widowControl w:val="0"/>
        <w:ind w:firstLine="567"/>
        <w:jc w:val="both"/>
      </w:pPr>
      <w:r>
        <w:t>4.12. Во всем, что не предусмотрено настоящим разделом Договора, Стороны руководствуются положениями Гражданского кодекса Российской Федерации о возмездном оказании услуг (глава 39 ГК РФ) и общими положениями о подряде (глава 37 ГК РФ), применяемыми к договору возмездного оказания услуг (статья 783 ГК РФ).</w:t>
      </w:r>
    </w:p>
    <w:p w14:paraId="3B612D09" w14:textId="77777777" w:rsidR="00A00BBC" w:rsidRDefault="00A00BBC" w:rsidP="00A00BBC">
      <w:pPr>
        <w:widowControl w:val="0"/>
        <w:ind w:firstLine="567"/>
        <w:jc w:val="both"/>
      </w:pPr>
    </w:p>
    <w:p w14:paraId="448C5A3F"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5. Права и обязанности Сторон</w:t>
      </w:r>
    </w:p>
    <w:p w14:paraId="576EF917" w14:textId="77777777" w:rsidR="00EB58C0" w:rsidRDefault="00000000" w:rsidP="00A00BBC">
      <w:pPr>
        <w:widowControl w:val="0"/>
        <w:ind w:firstLine="567"/>
        <w:jc w:val="both"/>
      </w:pPr>
      <w:r>
        <w:rPr>
          <w:b/>
        </w:rPr>
        <w:t>5.1. Заказчик вправе:</w:t>
      </w:r>
    </w:p>
    <w:p w14:paraId="5756D38D" w14:textId="77777777" w:rsidR="00EB58C0" w:rsidRDefault="00000000" w:rsidP="00A00BBC">
      <w:pPr>
        <w:widowControl w:val="0"/>
        <w:ind w:firstLine="567"/>
        <w:jc w:val="both"/>
      </w:pPr>
      <w: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38FEAD27" w14:textId="77777777" w:rsidR="00EB58C0" w:rsidRDefault="00000000" w:rsidP="00A00BBC">
      <w:pPr>
        <w:widowControl w:val="0"/>
        <w:ind w:firstLine="567"/>
        <w:jc w:val="both"/>
      </w:pPr>
      <w:r>
        <w:t>5.1.2. Требовать от Исполнителя представления надлежащим образом оформленных документов о приемке Услуг, которые указаны в настоящем Договоре.</w:t>
      </w:r>
    </w:p>
    <w:p w14:paraId="1D457E59" w14:textId="77777777" w:rsidR="00EB58C0" w:rsidRDefault="00000000" w:rsidP="00A00BBC">
      <w:pPr>
        <w:widowControl w:val="0"/>
        <w:ind w:firstLine="567"/>
        <w:jc w:val="both"/>
      </w:pPr>
      <w:r>
        <w:t>5.1.3. В случае досрочного исполнения Исполнителем обязательств по Договору принять и оплатить Услуги в соответствии с установленным в Договоре порядком.</w:t>
      </w:r>
    </w:p>
    <w:p w14:paraId="0E0CD342" w14:textId="77777777" w:rsidR="00EB58C0" w:rsidRDefault="00000000" w:rsidP="00A00BBC">
      <w:pPr>
        <w:widowControl w:val="0"/>
        <w:ind w:firstLine="567"/>
        <w:jc w:val="both"/>
      </w:pPr>
      <w:r>
        <w:t>5.1.4. Запрашивать у Исполнителя информацию о ходе исполнения обязательств по Договору.</w:t>
      </w:r>
    </w:p>
    <w:p w14:paraId="1D1143ED" w14:textId="77777777" w:rsidR="00EB58C0" w:rsidRDefault="00000000" w:rsidP="00A00BBC">
      <w:pPr>
        <w:widowControl w:val="0"/>
        <w:ind w:firstLine="567"/>
        <w:jc w:val="both"/>
      </w:pPr>
      <w: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p>
    <w:p w14:paraId="3A67905F" w14:textId="77777777" w:rsidR="00EB58C0" w:rsidRDefault="00000000" w:rsidP="00A00BBC">
      <w:pPr>
        <w:widowControl w:val="0"/>
        <w:ind w:firstLine="567"/>
        <w:jc w:val="both"/>
      </w:pPr>
      <w:r>
        <w:t xml:space="preserve">5.1.6. Отказаться от приемки Услуг в случаях, предусмотренных Договором и законодательством </w:t>
      </w:r>
      <w:r>
        <w:lastRenderedPageBreak/>
        <w:t>Российской Федерации, в том числе в случае обнаружения неустранимых недостатков.</w:t>
      </w:r>
    </w:p>
    <w:p w14:paraId="321A6BF9" w14:textId="77777777" w:rsidR="00EB58C0" w:rsidRDefault="00000000" w:rsidP="00A00BBC">
      <w:pPr>
        <w:widowControl w:val="0"/>
        <w:ind w:firstLine="567"/>
        <w:jc w:val="both"/>
      </w:pPr>
      <w:r>
        <w:t>5.1.7. Принять решение об одностороннем отказе от исполнения Договора в соответствии с законодательством Российской Федерации, Положением о закупке Заказчика и настоящим Договором.</w:t>
      </w:r>
    </w:p>
    <w:p w14:paraId="3AACF2AB" w14:textId="77777777" w:rsidR="00EB58C0" w:rsidRDefault="00000000" w:rsidP="00A00BBC">
      <w:pPr>
        <w:widowControl w:val="0"/>
        <w:ind w:firstLine="567"/>
        <w:jc w:val="both"/>
      </w:pPr>
      <w:r>
        <w:t>5.1.8. По соглашению с Исполнителем изменить существенные условия Договора в случаях, установленных настоящим Договором и Положением о закупке Заказчика.</w:t>
      </w:r>
    </w:p>
    <w:p w14:paraId="17E66157" w14:textId="77777777" w:rsidR="00EB58C0" w:rsidRDefault="00000000" w:rsidP="00A00BBC">
      <w:pPr>
        <w:widowControl w:val="0"/>
        <w:ind w:firstLine="567"/>
        <w:jc w:val="both"/>
      </w:pPr>
      <w:r>
        <w:t>5.1.9. Направить Исполнителю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Исполнителем каких-либо взятых на себя обязанностей по настоящему Договору или невыполнении таких обязанностей в установленный Договором срок.</w:t>
      </w:r>
    </w:p>
    <w:p w14:paraId="7C310A90" w14:textId="77777777" w:rsidR="00EB58C0" w:rsidRDefault="00000000" w:rsidP="00A00BBC">
      <w:pPr>
        <w:widowControl w:val="0"/>
        <w:ind w:firstLine="567"/>
        <w:jc w:val="both"/>
      </w:pPr>
      <w:r>
        <w:t>5.1.10. При неоплате Исполнителем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006F2CDA" w14:textId="77777777" w:rsidR="00EB58C0" w:rsidRDefault="00000000" w:rsidP="00A00BBC">
      <w:pPr>
        <w:widowControl w:val="0"/>
        <w:ind w:firstLine="567"/>
        <w:jc w:val="both"/>
      </w:pPr>
      <w: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44186875" w14:textId="77777777" w:rsidR="00EB58C0" w:rsidRDefault="00000000" w:rsidP="00A00BBC">
      <w:pPr>
        <w:widowControl w:val="0"/>
        <w:ind w:firstLine="567"/>
        <w:jc w:val="both"/>
      </w:pPr>
      <w:r>
        <w:t>5.1.12. В случае предоставления Исполнителем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Исполнителем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w:t>
      </w:r>
    </w:p>
    <w:p w14:paraId="776C325C" w14:textId="77777777" w:rsidR="00EB58C0" w:rsidRDefault="00000000" w:rsidP="00A00BBC">
      <w:pPr>
        <w:widowControl w:val="0"/>
        <w:ind w:firstLine="567"/>
        <w:jc w:val="both"/>
      </w:pPr>
      <w:r>
        <w:t>5.1.13. Пользоваться иными правами, установленными Договором и законодательством Российской Федерации.</w:t>
      </w:r>
    </w:p>
    <w:p w14:paraId="5DD2D2A1" w14:textId="77777777" w:rsidR="00EB58C0" w:rsidRDefault="00000000" w:rsidP="00A00BBC">
      <w:pPr>
        <w:widowControl w:val="0"/>
        <w:ind w:firstLine="567"/>
        <w:jc w:val="both"/>
      </w:pPr>
      <w:r>
        <w:rPr>
          <w:b/>
        </w:rPr>
        <w:t>5.2. Заказчик обязан:</w:t>
      </w:r>
    </w:p>
    <w:p w14:paraId="7BE75E06" w14:textId="77777777" w:rsidR="00EB58C0" w:rsidRDefault="00000000" w:rsidP="00A00BBC">
      <w:pPr>
        <w:widowControl w:val="0"/>
        <w:ind w:firstLine="567"/>
        <w:jc w:val="both"/>
      </w:pPr>
      <w:r>
        <w:t>5.2.1. Провести приемку Услуг для проверки соответствия оказанных Услуг требованиям, установленным Договором, в соответствии с порядком, установленным настоящим Договором.</w:t>
      </w:r>
    </w:p>
    <w:p w14:paraId="760F0FD3" w14:textId="77777777" w:rsidR="00EB58C0" w:rsidRDefault="00000000" w:rsidP="00A00BBC">
      <w:pPr>
        <w:widowControl w:val="0"/>
        <w:ind w:firstLine="567"/>
        <w:jc w:val="both"/>
      </w:pPr>
      <w:r>
        <w:t>5.2.2. Сообщать в письменной форме Исполнителю о недостатках, обнаруженных в ходе исполнения Договора, в течение 3 (трех)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дней заявить об этом Исполнителю. Заказчик обязан назначить своего ответственного представителя для контроля за оказанием Услуг и согласования организационных вопросов.</w:t>
      </w:r>
    </w:p>
    <w:p w14:paraId="3ADF1766" w14:textId="77777777" w:rsidR="00EB58C0" w:rsidRDefault="00000000" w:rsidP="00A00BBC">
      <w:pPr>
        <w:widowControl w:val="0"/>
        <w:ind w:firstLine="567"/>
        <w:jc w:val="both"/>
      </w:pPr>
      <w:r>
        <w:t>5.2.3. Своевременно принять и оплатить оказанные Услуги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1B9186BD" w14:textId="77777777" w:rsidR="00EB58C0" w:rsidRDefault="00000000" w:rsidP="00A00BBC">
      <w:pPr>
        <w:widowControl w:val="0"/>
        <w:ind w:firstLine="567"/>
        <w:jc w:val="both"/>
      </w:pPr>
      <w:r>
        <w:t>5.2.4. Рассмотреть вопрос о целесообразности и порядке продолжения оказания Услуг при получении от Исполнителя уведомления о приостановлении оказания Услуг в случае обнаружения не зависящих от Исполнителя обстоятельств, которые могут оказать негативное влияние на качество Услуг или создать невозможность оказать Услуги в установленный Договором срок.</w:t>
      </w:r>
    </w:p>
    <w:p w14:paraId="38EABC9B" w14:textId="77777777" w:rsidR="00EB58C0" w:rsidRDefault="00000000" w:rsidP="00A00BBC">
      <w:pPr>
        <w:widowControl w:val="0"/>
        <w:ind w:firstLine="567"/>
        <w:jc w:val="both"/>
      </w:pPr>
      <w:r>
        <w:t>5.2.5. 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205245C6" w14:textId="77777777" w:rsidR="00EB58C0" w:rsidRDefault="00000000" w:rsidP="00A00BBC">
      <w:pPr>
        <w:widowControl w:val="0"/>
        <w:ind w:firstLine="567"/>
        <w:jc w:val="both"/>
      </w:pPr>
      <w:r>
        <w:t>5.2.6. Исполнять иные обязанности, предусмотренные законодательством Российской Федерации и условиями Договора.</w:t>
      </w:r>
    </w:p>
    <w:p w14:paraId="0F4B9101" w14:textId="77777777" w:rsidR="00EB58C0" w:rsidRDefault="00000000" w:rsidP="00A00BBC">
      <w:pPr>
        <w:widowControl w:val="0"/>
        <w:ind w:firstLine="567"/>
        <w:jc w:val="both"/>
      </w:pPr>
      <w:r>
        <w:rPr>
          <w:b/>
        </w:rPr>
        <w:t>5.3. Исполнитель вправе:</w:t>
      </w:r>
    </w:p>
    <w:p w14:paraId="61067F32" w14:textId="77777777" w:rsidR="00EB58C0" w:rsidRDefault="00000000" w:rsidP="00A00BBC">
      <w:pPr>
        <w:widowControl w:val="0"/>
        <w:ind w:firstLine="567"/>
        <w:jc w:val="both"/>
      </w:pPr>
      <w:r>
        <w:t>5.3.1. Требовать своевременного подписания Заказчиком акта сдачи-приемки оказанных услуг. В случае отказа от подписания Заказчиком акта сдачи-приемки оказанных услуг Исполнитель вправе требовать от Заказчика мотивированный отказ от подписания указанных в настоящем пункте документов.</w:t>
      </w:r>
    </w:p>
    <w:p w14:paraId="514A84F8" w14:textId="77777777" w:rsidR="00EB58C0" w:rsidRDefault="00000000" w:rsidP="00A00BBC">
      <w:pPr>
        <w:widowControl w:val="0"/>
        <w:ind w:firstLine="567"/>
        <w:jc w:val="both"/>
      </w:pPr>
      <w:r>
        <w:t>5.3.2. Требовать своевременной оплаты за оказанные Услуги надлежащего качества в соответствии с условиями Договора.</w:t>
      </w:r>
    </w:p>
    <w:p w14:paraId="32DBF5D6" w14:textId="77777777" w:rsidR="00EB58C0" w:rsidRDefault="00000000" w:rsidP="00A00BBC">
      <w:pPr>
        <w:widowControl w:val="0"/>
        <w:ind w:firstLine="567"/>
        <w:jc w:val="both"/>
      </w:pPr>
      <w: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3B72E11E" w14:textId="77777777" w:rsidR="00EB58C0" w:rsidRDefault="00000000" w:rsidP="00A00BBC">
      <w:pPr>
        <w:widowControl w:val="0"/>
        <w:ind w:firstLine="567"/>
        <w:jc w:val="both"/>
      </w:pPr>
      <w:r>
        <w:t>5.3.4. Запрашивать у Заказчика разъяснения и уточнения относительно Услуг в рамках Договора.</w:t>
      </w:r>
    </w:p>
    <w:p w14:paraId="41331596" w14:textId="77777777" w:rsidR="00EB58C0" w:rsidRDefault="00000000" w:rsidP="00A00BBC">
      <w:pPr>
        <w:widowControl w:val="0"/>
        <w:ind w:firstLine="567"/>
        <w:jc w:val="both"/>
      </w:pPr>
      <w:r>
        <w:t>5.3.5. Получать от Заказчика содействие при оказании Услуг в соответствии с условиями Договора.</w:t>
      </w:r>
    </w:p>
    <w:p w14:paraId="5FD00597" w14:textId="77777777" w:rsidR="00EB58C0" w:rsidRDefault="00000000" w:rsidP="00A00BBC">
      <w:pPr>
        <w:widowControl w:val="0"/>
        <w:ind w:firstLine="567"/>
        <w:jc w:val="both"/>
      </w:pPr>
      <w:r>
        <w:t>5.3.6. Досрочно исполнить обязательства по Договору с письменного согласия Заказчика.</w:t>
      </w:r>
    </w:p>
    <w:p w14:paraId="4A73537D" w14:textId="77777777" w:rsidR="00EB58C0" w:rsidRDefault="00000000" w:rsidP="00A00BBC">
      <w:pPr>
        <w:widowControl w:val="0"/>
        <w:ind w:firstLine="567"/>
        <w:jc w:val="both"/>
      </w:pPr>
      <w:r>
        <w:t>5.3.7. Принять решение об одностороннем отказе от исполнения Договора в соответствии с законодательством Российской Федерации.</w:t>
      </w:r>
    </w:p>
    <w:p w14:paraId="4556AFE3" w14:textId="77777777" w:rsidR="00EB58C0" w:rsidRDefault="00000000" w:rsidP="00A00BBC">
      <w:pPr>
        <w:widowControl w:val="0"/>
        <w:ind w:firstLine="567"/>
        <w:jc w:val="both"/>
      </w:pPr>
      <w:r>
        <w:t>5.3.8. Пользоваться иными правами, установленными Договором и законодательством Российской Федерации.</w:t>
      </w:r>
    </w:p>
    <w:p w14:paraId="29A66A43" w14:textId="77777777" w:rsidR="00EB58C0" w:rsidRDefault="00000000" w:rsidP="00A00BBC">
      <w:pPr>
        <w:widowControl w:val="0"/>
        <w:ind w:firstLine="567"/>
        <w:jc w:val="both"/>
      </w:pPr>
      <w:r>
        <w:rPr>
          <w:b/>
        </w:rPr>
        <w:lastRenderedPageBreak/>
        <w:t>5.4. Исполнитель обязан:</w:t>
      </w:r>
    </w:p>
    <w:p w14:paraId="70475B29" w14:textId="77777777" w:rsidR="00EB58C0" w:rsidRDefault="00000000" w:rsidP="00A00BBC">
      <w:pPr>
        <w:widowControl w:val="0"/>
        <w:ind w:firstLine="567"/>
        <w:jc w:val="both"/>
      </w:pPr>
      <w:r>
        <w:t>5.4.1. Своевременно и надлежащим образом исполнять обязательства в соответствии с условиями Договора и представить Заказчику надлежащим образом оформленные документы о приемке Услуг, которые указаны в настоящем Договоре.</w:t>
      </w:r>
    </w:p>
    <w:p w14:paraId="7C813764" w14:textId="77777777" w:rsidR="00EB58C0" w:rsidRDefault="00000000" w:rsidP="00A00BBC">
      <w:pPr>
        <w:widowControl w:val="0"/>
        <w:ind w:firstLine="567"/>
        <w:jc w:val="both"/>
      </w:pPr>
      <w: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0436EF24" w14:textId="77777777" w:rsidR="00EB58C0" w:rsidRDefault="00000000" w:rsidP="00A00BBC">
      <w:pPr>
        <w:widowControl w:val="0"/>
        <w:ind w:firstLine="567"/>
        <w:jc w:val="both"/>
      </w:pPr>
      <w:r>
        <w:t>5.4.3. Обеспечивать соответствие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 Исполнитель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4A80FCA3" w14:textId="77777777" w:rsidR="00EB58C0" w:rsidRDefault="00000000" w:rsidP="00A00BBC">
      <w:pPr>
        <w:widowControl w:val="0"/>
        <w:ind w:firstLine="567"/>
        <w:jc w:val="both"/>
      </w:pPr>
      <w:r>
        <w:t>5.4.4. Обеспечить устранение недостатков, выявленных при приемке Заказчиком Услуг и в течение гарантийного срока, за свой счет.</w:t>
      </w:r>
    </w:p>
    <w:p w14:paraId="5168DAC5" w14:textId="77777777" w:rsidR="00EB58C0" w:rsidRDefault="00000000" w:rsidP="00A00BBC">
      <w:pPr>
        <w:widowControl w:val="0"/>
        <w:ind w:firstLine="567"/>
        <w:jc w:val="both"/>
      </w:pPr>
      <w:r>
        <w:t>5.4.5. Предоставлять обеспечение исполнения обязательств по Договору в соответствии с условиями Договора в случае, если установлены требования к предоставлению таких обеспечений настоящим Договором.</w:t>
      </w:r>
    </w:p>
    <w:p w14:paraId="3E9DA470" w14:textId="77777777" w:rsidR="00EB58C0" w:rsidRDefault="00000000" w:rsidP="00A00BBC">
      <w:pPr>
        <w:widowControl w:val="0"/>
        <w:ind w:firstLine="567"/>
        <w:jc w:val="both"/>
      </w:pPr>
      <w:r>
        <w:t>5.4.6. Приостановить оказание Услуг в случае обнаружения не зависящих от Исполнителя обстоятельств, которые могут оказать негативное влияние на качество Услуг или создать невозможность оказать Услуги в установленный Договором срок, и сообщить об этом Заказчику в течение 1 (одного) рабочего дня после приостановления оказания Услуг.</w:t>
      </w:r>
    </w:p>
    <w:p w14:paraId="40BA339B" w14:textId="77777777" w:rsidR="00EB58C0" w:rsidRDefault="00000000" w:rsidP="00A00BBC">
      <w:pPr>
        <w:widowControl w:val="0"/>
        <w:ind w:firstLine="567"/>
        <w:jc w:val="both"/>
      </w:pPr>
      <w:r>
        <w:t>5.4.7. Информировать Заказчика о невозможности оказать Услуги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425A8FC2" w14:textId="77777777" w:rsidR="00EB58C0" w:rsidRDefault="00000000" w:rsidP="00A00BBC">
      <w:pPr>
        <w:widowControl w:val="0"/>
        <w:ind w:firstLine="567"/>
        <w:jc w:val="both"/>
      </w:pPr>
      <w:r>
        <w:t>5.4.8. Представлять Заказчику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Исполнителя будет считаться адрес, указанный в Договоре. Исполнитель возмещает Заказчику сумму убытков в случае нарушения настоящего пункта, в том числе, если к Заказчику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Исполнителем Заказчику о внесенных изменениях в форме собственности, системе налогообложения и об иных сведениях, имеющих существенное значение.</w:t>
      </w:r>
    </w:p>
    <w:p w14:paraId="2749E623" w14:textId="77777777" w:rsidR="00EB58C0" w:rsidRDefault="00000000" w:rsidP="00A00BBC">
      <w:pPr>
        <w:widowControl w:val="0"/>
        <w:ind w:firstLine="567"/>
        <w:jc w:val="both"/>
      </w:pPr>
      <w:r>
        <w:t>5.4.9. Обеспечить конфиденциальность информации, представленной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590E8C54" w14:textId="77777777" w:rsidR="00EB58C0" w:rsidRDefault="00000000" w:rsidP="00A00BBC">
      <w:pPr>
        <w:widowControl w:val="0"/>
        <w:ind w:firstLine="567"/>
        <w:jc w:val="both"/>
      </w:pPr>
      <w:r>
        <w:t>5.4.10. Исполнять иные обязанности, предусмотренные законодательством Российской Федерации и Договором.</w:t>
      </w:r>
    </w:p>
    <w:p w14:paraId="2A2C1183" w14:textId="77777777" w:rsidR="00A00BBC" w:rsidRDefault="00A00BBC" w:rsidP="00A00BBC">
      <w:pPr>
        <w:widowControl w:val="0"/>
        <w:ind w:firstLine="567"/>
        <w:jc w:val="both"/>
      </w:pPr>
    </w:p>
    <w:p w14:paraId="58F962A2"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6. Гарантии</w:t>
      </w:r>
    </w:p>
    <w:p w14:paraId="7249C567" w14:textId="77777777" w:rsidR="00EB58C0" w:rsidRDefault="00000000" w:rsidP="00A00BBC">
      <w:pPr>
        <w:widowControl w:val="0"/>
        <w:ind w:firstLine="567"/>
        <w:jc w:val="both"/>
      </w:pPr>
      <w:r>
        <w:t>6.1. Исполнитель гарантирует качество и безопасность Услуг в соответствии с действующими стандартами, утвержденными на данный вид Услуг, и наличием документов, обязательных для данного вида Услуг, оформленных в соответствии с законодательством Российской Федерации. Качество Услуг, оказываемых Заказчику, должно соответствовать законодательству Российской Федерации и настоящему Договору, в том числе приложению к Договору – Техническому заданию.</w:t>
      </w:r>
    </w:p>
    <w:p w14:paraId="1326F77B" w14:textId="77777777" w:rsidR="00EB58C0" w:rsidRDefault="00000000" w:rsidP="00A00BBC">
      <w:pPr>
        <w:widowControl w:val="0"/>
        <w:ind w:firstLine="567"/>
        <w:jc w:val="both"/>
      </w:pPr>
      <w:r>
        <w:t>6.2. Исполнитель предоставляет Заказчику гарантию на результат Услуг со дня подписания Сторонами акта сдачи-приемки оказанных услуг, если иной срок исчисления (или иные условия исчисления гарантии) не установлен в Техническом задании (Приложение № 1 к Договору). Срок гарантии (и/или объем гарантии) на результат Услуг установлен в Техническом задании (Приложение № 1 к Договору). В случае если в Техническом задании (Приложение № 1 к Договору) не указаны требования к предоставлению гарантийного срока, объема гарантии Исполнителем, такой срок, объем гарантии устанавливаются в соответствии с законодательством РФ к такому виду услуг, являющихся предметом закупки.</w:t>
      </w:r>
    </w:p>
    <w:p w14:paraId="58F0F549" w14:textId="77777777" w:rsidR="00EB58C0" w:rsidRDefault="00000000" w:rsidP="00A00BBC">
      <w:pPr>
        <w:widowControl w:val="0"/>
        <w:ind w:firstLine="567"/>
        <w:jc w:val="both"/>
      </w:pPr>
      <w:r>
        <w:t>6.3. Соответствие качества Услуг должно быть подтверждено следующими документами в соответствии с законодательством Российской Федерации: сертификатами соответствия (или декларациями), оформленными в соответствии с законодательством Российской Федерации, и (или) иными документами, указанными в Техническом задании (Приложение № 1 к Договору). Все документы должны быть заверены надлежащим образом.</w:t>
      </w:r>
    </w:p>
    <w:p w14:paraId="2EFED5ED" w14:textId="77777777" w:rsidR="00EB58C0" w:rsidRDefault="00000000" w:rsidP="00A00BBC">
      <w:pPr>
        <w:widowControl w:val="0"/>
        <w:ind w:firstLine="567"/>
        <w:jc w:val="both"/>
      </w:pPr>
      <w:r>
        <w:t xml:space="preserve">6.4. Если иное не установлено в Техническом задании (Приложение № 1 к Договору), гарантия качества </w:t>
      </w:r>
      <w:r>
        <w:lastRenderedPageBreak/>
        <w:t>распространяется на результат Услуг в целом, включая все составляющие его части (элементы, компоненты, материалы, оборудование), за исключением расходных материалов (при наличии таковых).</w:t>
      </w:r>
    </w:p>
    <w:p w14:paraId="0161A7DD" w14:textId="77777777" w:rsidR="00EB58C0" w:rsidRDefault="00000000" w:rsidP="00A00BBC">
      <w:pPr>
        <w:widowControl w:val="0"/>
        <w:ind w:firstLine="567"/>
        <w:jc w:val="both"/>
      </w:pPr>
      <w:r>
        <w:t>6.5. В случае выявления в течение всего срока гарантии на результат Услуг существенного нарушения требований к качеству Исполнитель обязан безвозмездно устранить недостатки либо повторно оказать Услуги надлежащего качества.</w:t>
      </w:r>
    </w:p>
    <w:p w14:paraId="1A7176B2" w14:textId="77777777" w:rsidR="00EB58C0" w:rsidRDefault="00000000" w:rsidP="00A00BBC">
      <w:pPr>
        <w:widowControl w:val="0"/>
        <w:ind w:firstLine="567"/>
        <w:jc w:val="both"/>
      </w:pPr>
      <w:r>
        <w:t>6.6. Все расходы, связанные с устранением недостатков результата Услуг ненадлежащего качества, осуществляются за счет Исполнителя.</w:t>
      </w:r>
    </w:p>
    <w:p w14:paraId="49F61E4C" w14:textId="77777777" w:rsidR="00A00BBC" w:rsidRDefault="00A00BBC" w:rsidP="00A00BBC">
      <w:pPr>
        <w:widowControl w:val="0"/>
        <w:ind w:firstLine="567"/>
        <w:jc w:val="both"/>
      </w:pPr>
    </w:p>
    <w:p w14:paraId="0E711DF4"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7. Ответственность Сторон</w:t>
      </w:r>
    </w:p>
    <w:p w14:paraId="2496E518" w14:textId="77777777" w:rsidR="00EB58C0" w:rsidRDefault="00000000" w:rsidP="00A00BBC">
      <w:pPr>
        <w:widowControl w:val="0"/>
        <w:ind w:firstLine="567"/>
        <w:jc w:val="both"/>
      </w:pPr>
      <w:r>
        <w:rPr>
          <w:b/>
        </w:rPr>
        <w:t>7.1. Общие положения об ответственности Сторон</w:t>
      </w:r>
    </w:p>
    <w:p w14:paraId="4BDFA030" w14:textId="77777777" w:rsidR="00EB58C0" w:rsidRDefault="00000000" w:rsidP="00A00BBC">
      <w:pPr>
        <w:widowControl w:val="0"/>
        <w:ind w:firstLine="567"/>
        <w:jc w:val="both"/>
      </w:pPr>
      <w:r>
        <w:t>7.1.1.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5D111C70" w14:textId="77777777" w:rsidR="00EB58C0" w:rsidRDefault="00000000" w:rsidP="00A00BBC">
      <w:pPr>
        <w:widowControl w:val="0"/>
        <w:ind w:firstLine="567"/>
        <w:jc w:val="both"/>
      </w:pPr>
      <w:r>
        <w:t>7.1.2. Уплата стороной неустойки (штрафа, пеней) не освобождает её от исполнения обязательств по Договору.</w:t>
      </w:r>
    </w:p>
    <w:p w14:paraId="747CEE12" w14:textId="0D1A6989" w:rsidR="00EB58C0" w:rsidRDefault="00000000" w:rsidP="00A00BBC">
      <w:pPr>
        <w:widowControl w:val="0"/>
        <w:ind w:firstLine="567"/>
        <w:jc w:val="both"/>
      </w:pPr>
      <w:r>
        <w:t>7.1.3. Общая сумма начисленных в отдельности каждой из Сторон пеней, штрафов за неисполнение или ненадлежащее исполнение другой Стороной обязательств, предусмотренных Договором,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w:t>
      </w:r>
    </w:p>
    <w:p w14:paraId="77C60C44" w14:textId="77777777" w:rsidR="00EB58C0" w:rsidRDefault="00000000" w:rsidP="00A00BBC">
      <w:pPr>
        <w:widowControl w:val="0"/>
        <w:ind w:firstLine="567"/>
        <w:jc w:val="both"/>
      </w:pPr>
      <w:r>
        <w:t>7.1.4. Стороны освобождаются от уплаты неустойки (штрафа, пеней), если докажут,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3D183EB" w14:textId="77777777" w:rsidR="00EB58C0" w:rsidRDefault="00000000" w:rsidP="00A00BBC">
      <w:pPr>
        <w:widowControl w:val="0"/>
        <w:ind w:firstLine="567"/>
        <w:jc w:val="both"/>
      </w:pPr>
      <w:r>
        <w:rPr>
          <w:b/>
        </w:rPr>
        <w:t>7.2. Ответственность Заказчика</w:t>
      </w:r>
    </w:p>
    <w:p w14:paraId="17BE818D" w14:textId="77777777" w:rsidR="00EB58C0" w:rsidRDefault="00000000" w:rsidP="00A00BBC">
      <w:pPr>
        <w:widowControl w:val="0"/>
        <w:ind w:firstLine="567"/>
        <w:jc w:val="both"/>
      </w:pPr>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(пеней).</w:t>
      </w:r>
    </w:p>
    <w:p w14:paraId="027CB406" w14:textId="77777777" w:rsidR="00EB58C0" w:rsidRDefault="00000000" w:rsidP="00A00BBC">
      <w:pPr>
        <w:widowControl w:val="0"/>
        <w:ind w:firstLine="567"/>
        <w:jc w:val="both"/>
      </w:pPr>
      <w:r>
        <w:t>7.2.2.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ключевой ставки ЦБ РФ, установленной на день предъявления соответствующего требования, от не уплаченной в установленный настоящим Договором срок суммы. Общая сумма начисленной неустойки не может превышать 10 % (десять процентов) от не уплаченной в установленный настоящим Договором срок суммы.</w:t>
      </w:r>
    </w:p>
    <w:p w14:paraId="05130DB2" w14:textId="77777777" w:rsidR="00EB58C0" w:rsidRDefault="00000000" w:rsidP="00A00BBC">
      <w:pPr>
        <w:widowControl w:val="0"/>
        <w:ind w:firstLine="567"/>
        <w:jc w:val="both"/>
      </w:pPr>
      <w:r>
        <w:rPr>
          <w:b/>
        </w:rPr>
        <w:t>7.3. Ответственность Исполнителя</w:t>
      </w:r>
    </w:p>
    <w:p w14:paraId="47010C08" w14:textId="77777777" w:rsidR="00EB58C0" w:rsidRDefault="00000000" w:rsidP="00A00BBC">
      <w:pPr>
        <w:widowControl w:val="0"/>
        <w:ind w:firstLine="567"/>
        <w:jc w:val="both"/>
      </w:pPr>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потребовать уплаты Исполнителем неустоек (пеней).</w:t>
      </w:r>
    </w:p>
    <w:p w14:paraId="0E375961" w14:textId="77777777" w:rsidR="00EB58C0" w:rsidRDefault="00000000" w:rsidP="00A00BBC">
      <w:pPr>
        <w:widowControl w:val="0"/>
        <w:ind w:firstLine="567"/>
        <w:jc w:val="both"/>
      </w:pPr>
      <w:r>
        <w:t>7.3.2. Пеня начисляется за каждый день просрочки исполнения Исполнителем обязательства, предусмотренного Договором (в том числе срока оказания услуг, исполнения гарантийных обязательств), начиная со дня, следующего после дня истечения установленного Договором срока исполнения обязательства, и устанавливается Договором в размере 1/300 ключевой ставки ЦБ РФ, установленной на день предъявления соответствующего требования,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Исполнителем.</w:t>
      </w:r>
    </w:p>
    <w:p w14:paraId="7C6C978E" w14:textId="77777777" w:rsidR="00EB58C0" w:rsidRDefault="00000000" w:rsidP="00A00BBC">
      <w:pPr>
        <w:widowControl w:val="0"/>
        <w:ind w:firstLine="567"/>
        <w:jc w:val="both"/>
      </w:pPr>
      <w:r>
        <w:t>Общая сумма начисленной неустойки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Исполнителем.</w:t>
      </w:r>
    </w:p>
    <w:p w14:paraId="6CFF2110" w14:textId="77777777" w:rsidR="00EB58C0" w:rsidRDefault="00000000" w:rsidP="00A00BBC">
      <w:pPr>
        <w:widowControl w:val="0"/>
        <w:ind w:firstLine="567"/>
        <w:jc w:val="both"/>
      </w:pPr>
      <w:r>
        <w:t>7.3.3. За нарушение Исполнителем на территории Заказчика техники безопасности и иных обязательных норм и положений при осуществлении оказания Услуг Исполнитель обязуется уплатить Заказчику штраф в размере 5% (пять процентов) цены Договора.</w:t>
      </w:r>
    </w:p>
    <w:p w14:paraId="12A45408" w14:textId="77777777" w:rsidR="00EB58C0" w:rsidRDefault="00000000" w:rsidP="00A00BBC">
      <w:pPr>
        <w:widowControl w:val="0"/>
        <w:ind w:firstLine="567"/>
        <w:jc w:val="both"/>
      </w:pPr>
      <w:r>
        <w:t>7.3.4. В случае выявления Заказчиком фактов нарушений Исполнитель обязуется уплатить Заказчику штраф:</w:t>
      </w:r>
    </w:p>
    <w:p w14:paraId="45387C11" w14:textId="77777777" w:rsidR="00EB58C0" w:rsidRDefault="00000000" w:rsidP="00A00BBC">
      <w:pPr>
        <w:widowControl w:val="0"/>
        <w:ind w:firstLine="567"/>
        <w:jc w:val="both"/>
      </w:pPr>
      <w:r>
        <w:t xml:space="preserve">1) в размере 50 000,00 рублей (Пятьдесят тысяч рублей 00 копеек) за факт нахождения работников </w:t>
      </w:r>
      <w:r>
        <w:lastRenderedPageBreak/>
        <w:t>Исполнителя, его соисполнителей на территории (на объекте) Заказчика в состоянии алкогольного, наркотического или иного токсического опьянения;</w:t>
      </w:r>
    </w:p>
    <w:p w14:paraId="22FC64C1" w14:textId="77777777" w:rsidR="00EB58C0" w:rsidRDefault="00000000" w:rsidP="00A00BBC">
      <w:pPr>
        <w:widowControl w:val="0"/>
        <w:ind w:firstLine="567"/>
        <w:jc w:val="both"/>
      </w:pPr>
      <w:r>
        <w:t>2) в размере 50 000,00 рублей (Пятьдесят тысяч рублей 00 копеек) за пронос (попытку проноса) алкоголя на территорию (на объект) Заказчика;</w:t>
      </w:r>
    </w:p>
    <w:p w14:paraId="47B20C04" w14:textId="77777777" w:rsidR="00EB58C0" w:rsidRDefault="00000000" w:rsidP="00A00BBC">
      <w:pPr>
        <w:widowControl w:val="0"/>
        <w:ind w:firstLine="567"/>
        <w:jc w:val="both"/>
      </w:pPr>
      <w:r>
        <w:t>3) в размере 50 000,00 рублей (Пятьдесят тысяч рублей 00 копеек) за действия, несущие угрозу порчи материалов, оборудования и другого имущества Заказчика и/или третьих лиц, а также за приготовление, покушение и совершение хищения товарно-материальных ценностей;</w:t>
      </w:r>
    </w:p>
    <w:p w14:paraId="1483CF5F" w14:textId="77777777" w:rsidR="00EB58C0" w:rsidRDefault="00000000" w:rsidP="00A00BBC">
      <w:pPr>
        <w:widowControl w:val="0"/>
        <w:ind w:firstLine="567"/>
        <w:jc w:val="both"/>
      </w:pPr>
      <w:r>
        <w:t>4) в размере 50 000,00 рублей (Пятьдесят тысяч рублей 00 копеек) за ненадлежащий порядок (накопление отходов в неотведенных местах, складирование материалов и/или оборудования не в соответствии с требованиями правил, загромождение проходов/проездов и т.д.).</w:t>
      </w:r>
    </w:p>
    <w:p w14:paraId="1FB721CA" w14:textId="77777777" w:rsidR="00EB58C0" w:rsidRDefault="00000000" w:rsidP="00A00BBC">
      <w:pPr>
        <w:widowControl w:val="0"/>
        <w:ind w:firstLine="567"/>
        <w:jc w:val="both"/>
      </w:pPr>
      <w:r>
        <w:t>7.3.5. За несоблюдение законодательства, норм и правил по охране труда промышленной и пожарной безопасности, экологии (в том числе нахождение на строительной площадке без каски и сигнального жилета, если оказание Услуг по Договору предусматривает место оказания Услуг – строительная площадка) Исполнитель обязуется уплатить Заказчику штраф в размере 30 000,00 рублей (Тридцать тысяч рублей 00 копеек).</w:t>
      </w:r>
    </w:p>
    <w:p w14:paraId="4F9817A7" w14:textId="77777777" w:rsidR="00EB58C0" w:rsidRDefault="00000000" w:rsidP="00A00BBC">
      <w:pPr>
        <w:widowControl w:val="0"/>
        <w:ind w:firstLine="567"/>
        <w:jc w:val="both"/>
      </w:pPr>
      <w:r>
        <w:t>7.3.6. За нарушение требований пожарной безопасности, повлекшее возникновение пожара и уничтожение или повреждение имущества Заказчика, устанавливается штраф в размере 350 000,00 рублей (Триста пятьдесят тысяч рублей 00 копеек).</w:t>
      </w:r>
    </w:p>
    <w:p w14:paraId="18D03045" w14:textId="77777777" w:rsidR="00EB58C0" w:rsidRDefault="00000000" w:rsidP="00A00BBC">
      <w:pPr>
        <w:widowControl w:val="0"/>
        <w:ind w:firstLine="567"/>
        <w:jc w:val="both"/>
      </w:pPr>
      <w:r>
        <w:t>7.3.7. В подтверждение выявления фактов нарушения Исполнителем (соисполнителями Исполнителя) на территории Заказчика составляется акт (в двух экземплярах), подписывается Сторонами, представителями Заказчика и/или сотрудниками Исполнителя. Во всех случаях, в которых необходимо подписание сторонами актов, протоколов и иных документов, являющихся результатом расследований аварий, инцидентов, нарушений в рамках исполнения обязательств по настоящему Договору, при отсутствии полномочий у представителя Исполнителя право подписи переходит компетентному представителю Исполнителя из числа работников, оказывающих Услуги. При отсутствии по каким-либо причинам указанного выше лица акт может подписать любой сотрудник Исполнителя. В случае отказа от подписи любым из вышеперечисленных работников Исполнителя Заказчик имеет право составить вышеуказанные документы в одностороннем порядке с соответствующей отметкой. Составленный Заказчиком в таком виде документ считается оформленным надлежащим образом и направляется Исполнителю нарочно (заказным письмом) в срок не позднее 5 (пяти) календарных дней с даты составления для сведения и в сканированном виде по электронной почте.</w:t>
      </w:r>
    </w:p>
    <w:p w14:paraId="05D88F4D" w14:textId="77777777" w:rsidR="00EB58C0" w:rsidRDefault="00000000" w:rsidP="00A00BBC">
      <w:pPr>
        <w:widowControl w:val="0"/>
        <w:ind w:firstLine="567"/>
        <w:jc w:val="both"/>
      </w:pPr>
      <w:r>
        <w:t>7.3.8. Выявленные и зафиксированные вышеуказанным Актом нарушения подлежат добровольной оплате Исполнителем путем перечисления денежных средств на расчетный счет Заказчика в течение 10 (десяти) рабочих дней с момента получения соответствующей претензии.</w:t>
      </w:r>
    </w:p>
    <w:p w14:paraId="5FFE3458" w14:textId="77777777" w:rsidR="00EB58C0" w:rsidRDefault="00000000" w:rsidP="00A00BBC">
      <w:pPr>
        <w:widowControl w:val="0"/>
        <w:ind w:firstLine="567"/>
        <w:jc w:val="both"/>
      </w:pPr>
      <w:r>
        <w:t>7.3.9. В случае нарушения Исполнителем обязательств по Договору Заказчик вправе удержать начисленную за данное нарушение неустойку из суммы, подлежащей уплате за Услуги.</w:t>
      </w:r>
    </w:p>
    <w:p w14:paraId="7F1830BF" w14:textId="77777777" w:rsidR="00A00BBC" w:rsidRDefault="00A00BBC" w:rsidP="00A00BBC">
      <w:pPr>
        <w:widowControl w:val="0"/>
        <w:ind w:firstLine="567"/>
        <w:jc w:val="both"/>
      </w:pPr>
    </w:p>
    <w:p w14:paraId="2948007C"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8. Срок действия, порядок изменения и расторжения Договора</w:t>
      </w:r>
    </w:p>
    <w:p w14:paraId="4A475064" w14:textId="77777777" w:rsidR="00EB58C0" w:rsidRDefault="00000000" w:rsidP="00A00BBC">
      <w:pPr>
        <w:widowControl w:val="0"/>
        <w:ind w:firstLine="567"/>
        <w:jc w:val="both"/>
      </w:pPr>
      <w:r>
        <w:t>8.1. Договор вступает в силу с момента подписания его Сторонами.</w:t>
      </w:r>
    </w:p>
    <w:p w14:paraId="2CE3E0C6" w14:textId="77777777" w:rsidR="00EB58C0" w:rsidRDefault="00000000" w:rsidP="00A00BBC">
      <w:pPr>
        <w:widowControl w:val="0"/>
        <w:ind w:firstLine="567"/>
        <w:jc w:val="both"/>
      </w:pPr>
      <w:r>
        <w:t>В случае, если в соответствии с законодательством РФ Заказчику требуется согласование на осуществление сделки, установленной в настоящем Договоре, с учредителем Заказчика, Министерством промышленности и торговли Российской Федерации 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Заказчиком согласования сделки, если иное не установлено законодательством РФ.</w:t>
      </w:r>
    </w:p>
    <w:p w14:paraId="3D32DA9B" w14:textId="77777777" w:rsidR="00EB58C0" w:rsidRDefault="00000000" w:rsidP="00A00BBC">
      <w:pPr>
        <w:widowControl w:val="0"/>
        <w:ind w:firstLine="567"/>
        <w:jc w:val="both"/>
      </w:pPr>
      <w:r>
        <w:t>8.2. Договор действует до 31.12.20___ года.</w:t>
      </w:r>
    </w:p>
    <w:p w14:paraId="62F93B82" w14:textId="77777777" w:rsidR="00EB58C0" w:rsidRDefault="00000000" w:rsidP="00A00BBC">
      <w:pPr>
        <w:widowControl w:val="0"/>
        <w:ind w:firstLine="567"/>
        <w:jc w:val="both"/>
      </w:pPr>
      <w: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Исполнителем обязательств по предоставлению гарантии качества на результат Услуг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0E6CC3D8" w14:textId="77777777" w:rsidR="00EB58C0" w:rsidRDefault="00000000" w:rsidP="00A00BBC">
      <w:pPr>
        <w:widowControl w:val="0"/>
        <w:ind w:firstLine="567"/>
        <w:jc w:val="both"/>
      </w:pPr>
      <w:r>
        <w:t>8.3. При исполнении Договора изменение условий Договора, за исключением предмета Договора, цены Договора и (или) цены единицы услуги, объема оказываемых услуг, сроков исполнения обязательств (включая как срок исполнения обязательства Заказчика в части оплаты, так и срок исполнения обязательства Исполнителя в части оказания услуг), срока и объема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конкурентной закупки, по итогам которой заключен настоящий Договор, в том числе лицу, с которым заключен настоящий Договор.</w:t>
      </w:r>
    </w:p>
    <w:p w14:paraId="7DA1F23B" w14:textId="77777777" w:rsidR="00EB58C0" w:rsidRDefault="00000000" w:rsidP="00A00BBC">
      <w:pPr>
        <w:widowControl w:val="0"/>
        <w:ind w:firstLine="567"/>
        <w:jc w:val="both"/>
      </w:pPr>
      <w:r>
        <w:t xml:space="preserve">8.4. Случаи изменения условий настоящего Договора, касающиеся изменения предмета Договора, цены Договора и (или) цены единицы услуги, объема оказываемых услуг, сроков исполнения обязательств </w:t>
      </w:r>
      <w:r>
        <w:lastRenderedPageBreak/>
        <w:t>(включая как срок исполнения обязательства Заказчика в части оплаты, так и срок исполнения обязательства Исполнителя в части оказания услуг), срока и объема гарантии (если установлено настоящим Договором) по соглашению Сторон могут быть следующие:</w:t>
      </w:r>
    </w:p>
    <w:p w14:paraId="48D6CD8D" w14:textId="77777777" w:rsidR="00EB58C0" w:rsidRDefault="00000000" w:rsidP="00A00BBC">
      <w:pPr>
        <w:widowControl w:val="0"/>
        <w:ind w:firstLine="567"/>
        <w:jc w:val="both"/>
      </w:pPr>
      <w:r>
        <w:t>1) при снижении цены Договора без изменения предусмотренных Договором объема оказываемых услуг, качества оказываемой услуги и иных условий Договора;</w:t>
      </w:r>
    </w:p>
    <w:p w14:paraId="73986779" w14:textId="77777777" w:rsidR="00EB58C0" w:rsidRDefault="00000000" w:rsidP="00A00BBC">
      <w:pPr>
        <w:widowControl w:val="0"/>
        <w:ind w:firstLine="567"/>
        <w:jc w:val="both"/>
      </w:pPr>
      <w:r>
        <w:t>2) изменение в соответствии с законодательством Российской Федерации регулируемых цен (тарифов) на оказываемые услуги по настоящему Договору;</w:t>
      </w:r>
    </w:p>
    <w:p w14:paraId="38C67136" w14:textId="77777777" w:rsidR="00EB58C0" w:rsidRDefault="00000000" w:rsidP="00A00BBC">
      <w:pPr>
        <w:widowControl w:val="0"/>
        <w:ind w:firstLine="567"/>
        <w:jc w:val="both"/>
      </w:pPr>
      <w:r>
        <w:t>3) увеличение или уменьшение по инициативе Заказчика объема оказываемых услуг,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услуги (услуг), указанных в Договоре. При этом в случае увеличения по инициативе Заказчика объема оказываемых услуг Стороны вправе продлить срок исполнения Договора;</w:t>
      </w:r>
    </w:p>
    <w:p w14:paraId="2FF1FFF5" w14:textId="77777777" w:rsidR="00EB58C0" w:rsidRDefault="00000000" w:rsidP="00A00BBC">
      <w:pPr>
        <w:widowControl w:val="0"/>
        <w:ind w:firstLine="567"/>
        <w:jc w:val="both"/>
      </w:pPr>
      <w:r>
        <w:t>4) если Исполнителем предложено оказание услуг с улучшенными потребительскими свойствами, показателями качества, надежности, технических, функциональных, эксплуатационных и иных характеристик услуги и (или) предложение улучшенных условий исполнения Договора (предоставление большего объема или срока гарантийных обязательств, уменьшение сроков оказания услуг и т.д.) без изменения всех прочих существенных условий Договора. Заказчик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услуги и условий исполнения Договора;</w:t>
      </w:r>
    </w:p>
    <w:p w14:paraId="71F51D96" w14:textId="77777777" w:rsidR="00EB58C0" w:rsidRDefault="00000000" w:rsidP="00A00BBC">
      <w:pPr>
        <w:widowControl w:val="0"/>
        <w:ind w:firstLine="567"/>
        <w:jc w:val="both"/>
      </w:pPr>
      <w:r>
        <w:t>5) увеличение (продление) срока исполнения Договора (сроков исполнения обязательств, срока оказания услуг) без изменения цены Договора, цены единицы услуги в случаях:</w:t>
      </w:r>
    </w:p>
    <w:p w14:paraId="637CFD8C" w14:textId="77777777" w:rsidR="00EB58C0" w:rsidRDefault="00000000" w:rsidP="00A00BBC">
      <w:pPr>
        <w:widowControl w:val="0"/>
        <w:ind w:firstLine="567"/>
        <w:jc w:val="both"/>
      </w:pPr>
      <w:r>
        <w:t>а) возникновения обстоятельств непреодолимой силы, которые Заказчик не мог предусмотреть на момент проведения конкурентной закупочной процедуры и (или) на момент заключения Договора;</w:t>
      </w:r>
    </w:p>
    <w:p w14:paraId="4D17E004" w14:textId="77777777" w:rsidR="00EB58C0" w:rsidRDefault="00000000" w:rsidP="00A00BBC">
      <w:pPr>
        <w:widowControl w:val="0"/>
        <w:ind w:firstLine="567"/>
        <w:jc w:val="both"/>
      </w:pPr>
      <w:r>
        <w:t>б) в случае если в ходе исполнения Договора погодные условия не позволяют Исполнителю оказать услуги по Договору надлежащим образом в соответствии с правилами, государственными нормами, стандартами и другими регламентирующими официальными документами,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27F9D278" w14:textId="77777777" w:rsidR="00EB58C0" w:rsidRDefault="00000000" w:rsidP="00A00BBC">
      <w:pPr>
        <w:widowControl w:val="0"/>
        <w:ind w:firstLine="567"/>
        <w:jc w:val="both"/>
      </w:pPr>
      <w:r>
        <w:t>в) в случае если Исполнителю по независящим от него обстоятельствам не представляется возможным исполнить условия Договора в связи с виной Заказчика, в том числе непредоставление Заказчиком в оговоренный Договором срок необходимой документации, исходных данных, непредоставление заявок и т.д. или предоставление таких документов не в полном объеме, некорректными, с ошибками и т.д.;</w:t>
      </w:r>
    </w:p>
    <w:p w14:paraId="360C1757" w14:textId="77777777" w:rsidR="00EB58C0" w:rsidRDefault="00000000" w:rsidP="00A00BBC">
      <w:pPr>
        <w:widowControl w:val="0"/>
        <w:ind w:firstLine="567"/>
        <w:jc w:val="both"/>
      </w:pPr>
      <w:r>
        <w:t>г) выдача органами государственной власти предписаний, установление запретов, ограничений органами государственной власти, которые не позволяют в срок надлежащим образом исполнить условия Договора;</w:t>
      </w:r>
    </w:p>
    <w:p w14:paraId="08E844F8" w14:textId="77777777" w:rsidR="00EB58C0" w:rsidRDefault="00000000" w:rsidP="00A00BBC">
      <w:pPr>
        <w:widowControl w:val="0"/>
        <w:ind w:firstLine="567"/>
        <w:jc w:val="both"/>
      </w:pPr>
      <w:r>
        <w:t>д) если возможность и (или)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 правовом акте, регулирующем осуществление деятельности по оказанию услуг, являющихся предметом Договора;</w:t>
      </w:r>
    </w:p>
    <w:p w14:paraId="51AA81D5" w14:textId="77777777" w:rsidR="00EB58C0" w:rsidRDefault="00000000" w:rsidP="00A00BBC">
      <w:pPr>
        <w:widowControl w:val="0"/>
        <w:ind w:firstLine="567"/>
        <w:jc w:val="both"/>
      </w:pPr>
      <w:r>
        <w:t>6) в иных случаях, предусмотренных Положением о закупке товаров, работ, услуг Заказчика,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размещенным в ЕИС.</w:t>
      </w:r>
    </w:p>
    <w:p w14:paraId="1543BADF" w14:textId="77777777" w:rsidR="00EB58C0" w:rsidRDefault="00000000" w:rsidP="00A00BBC">
      <w:pPr>
        <w:widowControl w:val="0"/>
        <w:ind w:firstLine="567"/>
        <w:jc w:val="both"/>
      </w:pPr>
      <w:r>
        <w:t>8.5.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264C577" w14:textId="77777777" w:rsidR="00EB58C0" w:rsidRDefault="00000000" w:rsidP="00A00BBC">
      <w:pPr>
        <w:widowControl w:val="0"/>
        <w:ind w:firstLine="567"/>
        <w:jc w:val="both"/>
      </w:pPr>
      <w:r>
        <w:t>8.6.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4EF858DF" w14:textId="77777777" w:rsidR="00EB58C0" w:rsidRDefault="00000000" w:rsidP="00A00BBC">
      <w:pPr>
        <w:widowControl w:val="0"/>
        <w:ind w:firstLine="567"/>
        <w:jc w:val="both"/>
      </w:pPr>
      <w:r>
        <w:t>8.7. Договор может быть расторгнут:</w:t>
      </w:r>
    </w:p>
    <w:p w14:paraId="28763968" w14:textId="77777777" w:rsidR="00EB58C0" w:rsidRDefault="00000000" w:rsidP="00A00BBC">
      <w:pPr>
        <w:widowControl w:val="0"/>
        <w:ind w:firstLine="567"/>
        <w:jc w:val="both"/>
      </w:pPr>
      <w:r>
        <w:t>1) по соглашению Сторон;</w:t>
      </w:r>
    </w:p>
    <w:p w14:paraId="5A850ED1" w14:textId="77777777" w:rsidR="00EB58C0" w:rsidRDefault="00000000" w:rsidP="00A00BBC">
      <w:pPr>
        <w:widowControl w:val="0"/>
        <w:ind w:firstLine="567"/>
        <w:jc w:val="both"/>
      </w:pPr>
      <w:r>
        <w:t>2) по решению суда;</w:t>
      </w:r>
    </w:p>
    <w:p w14:paraId="3D963F11" w14:textId="77777777" w:rsidR="00EB58C0" w:rsidRDefault="00000000" w:rsidP="00A00BBC">
      <w:pPr>
        <w:widowControl w:val="0"/>
        <w:ind w:firstLine="567"/>
        <w:jc w:val="both"/>
      </w:pPr>
      <w:r>
        <w:t>3) в случае одностороннего отказа Стороны Договора от исполнения Договора в соответствии с гражданским законодательством.</w:t>
      </w:r>
    </w:p>
    <w:p w14:paraId="47FE5288" w14:textId="77777777" w:rsidR="00EB58C0" w:rsidRDefault="00000000" w:rsidP="00A00BBC">
      <w:pPr>
        <w:widowControl w:val="0"/>
        <w:ind w:firstLine="567"/>
        <w:jc w:val="both"/>
      </w:pPr>
      <w:r>
        <w:t>8.8.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02B0FFB4" w14:textId="77777777" w:rsidR="00EB58C0" w:rsidRDefault="00000000" w:rsidP="00A00BBC">
      <w:pPr>
        <w:widowControl w:val="0"/>
        <w:ind w:firstLine="567"/>
        <w:jc w:val="both"/>
      </w:pPr>
      <w:r>
        <w:t>1) при существенном нарушении Договора Исполнителем;</w:t>
      </w:r>
    </w:p>
    <w:p w14:paraId="5B4E5D21" w14:textId="77777777" w:rsidR="00EB58C0" w:rsidRDefault="00000000" w:rsidP="00A00BBC">
      <w:pPr>
        <w:widowControl w:val="0"/>
        <w:ind w:firstLine="567"/>
        <w:jc w:val="both"/>
      </w:pPr>
      <w:r>
        <w:t>2) в случае просрочки исполнения обязательств по оказанию Услуг более чем на 5 (пять) календарных дней;</w:t>
      </w:r>
    </w:p>
    <w:p w14:paraId="6857926E" w14:textId="77777777" w:rsidR="00EB58C0" w:rsidRDefault="00000000" w:rsidP="00A00BBC">
      <w:pPr>
        <w:widowControl w:val="0"/>
        <w:ind w:firstLine="567"/>
        <w:jc w:val="both"/>
      </w:pPr>
      <w:r>
        <w:t>3) в случае неоднократного нарушения сроков оказания Услуг;</w:t>
      </w:r>
    </w:p>
    <w:p w14:paraId="029975D5" w14:textId="77777777" w:rsidR="00EB58C0" w:rsidRDefault="00000000" w:rsidP="00A00BBC">
      <w:pPr>
        <w:widowControl w:val="0"/>
        <w:ind w:firstLine="567"/>
        <w:jc w:val="both"/>
      </w:pPr>
      <w:r>
        <w:t>4) в случае существенного нарушения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544A271F" w14:textId="77777777" w:rsidR="00EB58C0" w:rsidRDefault="00000000" w:rsidP="00A00BBC">
      <w:pPr>
        <w:widowControl w:val="0"/>
        <w:ind w:firstLine="567"/>
        <w:jc w:val="both"/>
      </w:pPr>
      <w:r>
        <w:lastRenderedPageBreak/>
        <w:t>5) установления факта представления недостоверной (поддельной) независимой гарантии или содержащихся в ней сведений, а также представления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Исполнителем иным из предусмотренных Договором способом;</w:t>
      </w:r>
    </w:p>
    <w:p w14:paraId="3BCBB9B0" w14:textId="77777777" w:rsidR="00EB58C0" w:rsidRDefault="00000000" w:rsidP="00A00BBC">
      <w:pPr>
        <w:widowControl w:val="0"/>
        <w:ind w:firstLine="567"/>
        <w:jc w:val="both"/>
      </w:pPr>
      <w:r>
        <w:t>6) в иных случаях, предусмотренных законодательством Российской Федерации.</w:t>
      </w:r>
    </w:p>
    <w:p w14:paraId="119F7539" w14:textId="77777777" w:rsidR="00EB58C0" w:rsidRDefault="00000000" w:rsidP="00A00BBC">
      <w:pPr>
        <w:widowControl w:val="0"/>
        <w:ind w:firstLine="567"/>
        <w:jc w:val="both"/>
      </w:pPr>
      <w:r>
        <w:t>8.9.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(статья 782 ГК РФ) и применяемых к нему положений о подряде (статьи 715, 716, 717, 723 ГК РФ), в том числе в следующих случаях:</w:t>
      </w:r>
    </w:p>
    <w:p w14:paraId="2D60CED8" w14:textId="77777777" w:rsidR="00EB58C0" w:rsidRDefault="00000000" w:rsidP="00A00BBC">
      <w:pPr>
        <w:widowControl w:val="0"/>
        <w:ind w:firstLine="567"/>
        <w:jc w:val="both"/>
      </w:pPr>
      <w:r>
        <w:t>1) при существенном нарушении Договора Исполнителем (пункт 2 статьи 715 Гражданского кодекса Российской Федерации);</w:t>
      </w:r>
    </w:p>
    <w:p w14:paraId="75EC04B7" w14:textId="77777777" w:rsidR="00EB58C0" w:rsidRDefault="00000000" w:rsidP="00A00BBC">
      <w:pPr>
        <w:widowControl w:val="0"/>
        <w:ind w:firstLine="567"/>
        <w:jc w:val="both"/>
      </w:pPr>
      <w:r>
        <w:t>2) в случае оказания услуг ненадлежащего качества с недостатками, которые не могут быть устранены в приемлемый для Заказчика срок (пункт 3 статьи 723 Гражданского кодекса Российской Федерации);</w:t>
      </w:r>
    </w:p>
    <w:p w14:paraId="7A7DCEEC" w14:textId="77777777" w:rsidR="00EB58C0" w:rsidRDefault="00000000" w:rsidP="00A00BBC">
      <w:pPr>
        <w:widowControl w:val="0"/>
        <w:ind w:firstLine="567"/>
        <w:jc w:val="both"/>
      </w:pPr>
      <w:r>
        <w:t>3) в случае существенного нарушения требований к качеству оказанных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3 статьи 723 Гражданского кодекса Российской Федерации);</w:t>
      </w:r>
    </w:p>
    <w:p w14:paraId="47782A0C" w14:textId="77777777" w:rsidR="00EB58C0" w:rsidRDefault="00000000" w:rsidP="00A00BBC">
      <w:pPr>
        <w:widowControl w:val="0"/>
        <w:ind w:firstLine="567"/>
        <w:jc w:val="both"/>
      </w:pPr>
      <w:r>
        <w:t>4) в случае неоднократного нарушения Исполнителем сроков оказания Услуг;</w:t>
      </w:r>
    </w:p>
    <w:p w14:paraId="67F1E101" w14:textId="77777777" w:rsidR="00EB58C0" w:rsidRDefault="00000000" w:rsidP="00A00BBC">
      <w:pPr>
        <w:widowControl w:val="0"/>
        <w:ind w:firstLine="567"/>
        <w:jc w:val="both"/>
      </w:pPr>
      <w:r>
        <w:t>5) если Исполнитель не приступает своевременно к исполнению Договора или оказывает Услуги настолько медленно, что окончание их к сроку становится явно невозможным (пункт 2 статьи 715 Гражданского кодекса Российской Федерации);</w:t>
      </w:r>
    </w:p>
    <w:p w14:paraId="4551CA9D" w14:textId="77777777" w:rsidR="00EB58C0" w:rsidRDefault="00000000" w:rsidP="00A00BBC">
      <w:pPr>
        <w:widowControl w:val="0"/>
        <w:ind w:firstLine="567"/>
        <w:jc w:val="both"/>
      </w:pPr>
      <w:r>
        <w:t>6) если Заказчик, полагавшийся на недостоверные заверения Исполнителя, имеющие для Заказчика существенное значение,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в случае, если оказываемые услуги не соответствуют требованиям к оказываемым услугам или Исполнитель, с которым заключен настоящий Договор, представил недостоверную информацию о соответствии оказываемых услуг требованиям Договора;</w:t>
      </w:r>
    </w:p>
    <w:p w14:paraId="6DD6CE69" w14:textId="77777777" w:rsidR="00EB58C0" w:rsidRDefault="00000000" w:rsidP="00A00BBC">
      <w:pPr>
        <w:widowControl w:val="0"/>
        <w:ind w:firstLine="567"/>
        <w:jc w:val="both"/>
      </w:pPr>
      <w:r>
        <w:t>7) в случае отсутствия у Исполнителя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Исполнителя лицензии или членства в СРО для осуществления деятельности, связанной с исполнением настоящего Договора), Заказчик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64B98921" w14:textId="77777777" w:rsidR="00EB58C0" w:rsidRDefault="00000000" w:rsidP="00A00BBC">
      <w:pPr>
        <w:widowControl w:val="0"/>
        <w:ind w:firstLine="567"/>
        <w:jc w:val="both"/>
      </w:pPr>
      <w:r>
        <w:t>8) в иных случаях, предусмотренных законодательством Российской Федерации.</w:t>
      </w:r>
    </w:p>
    <w:p w14:paraId="3CCEA1E9" w14:textId="77777777" w:rsidR="00EB58C0" w:rsidRDefault="00000000" w:rsidP="00A00BBC">
      <w:pPr>
        <w:widowControl w:val="0"/>
        <w:ind w:firstLine="567"/>
        <w:jc w:val="both"/>
      </w:pPr>
      <w:r>
        <w:t>8.10. Заказчик до принятия решения об одностороннем отказе от исполнения Договора вправе провести экспертизу оказанных Услуг с привлечением экспертов, экспертных организаций.</w:t>
      </w:r>
    </w:p>
    <w:p w14:paraId="5E264933" w14:textId="77777777" w:rsidR="00EB58C0" w:rsidRDefault="00000000" w:rsidP="00A00BBC">
      <w:pPr>
        <w:widowControl w:val="0"/>
        <w:ind w:firstLine="567"/>
        <w:jc w:val="both"/>
      </w:pPr>
      <w: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7DD31665" w14:textId="77777777" w:rsidR="00EB58C0" w:rsidRDefault="00000000" w:rsidP="00A00BBC">
      <w:pPr>
        <w:widowControl w:val="0"/>
        <w:ind w:firstLine="567"/>
        <w:jc w:val="both"/>
      </w:pPr>
      <w:r>
        <w:t>Заказчик вправе провести экспертизу до направления претензии; расходы на экспертизу включаются в состав убытков, подлежащих возмещению Исполнителем.</w:t>
      </w:r>
    </w:p>
    <w:p w14:paraId="260F1DF9" w14:textId="77777777" w:rsidR="00EB58C0" w:rsidRDefault="00000000" w:rsidP="00A00BBC">
      <w:pPr>
        <w:widowControl w:val="0"/>
        <w:ind w:firstLine="567"/>
        <w:jc w:val="both"/>
      </w:pPr>
      <w:r>
        <w:t>8.11. Решение Заказчика об одностороннем отказе от исполнения Договора не позднее чем в течение 3 (трех) рабочих дней с даты принятия указанного решения направляется Исполнителю по почте заказным письмом с уведомлением о вручении по почтовому адресу Исполнителя,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w:t>
      </w:r>
    </w:p>
    <w:p w14:paraId="2CFDA7E9" w14:textId="77777777" w:rsidR="00EB58C0" w:rsidRDefault="00000000" w:rsidP="00A00BBC">
      <w:pPr>
        <w:widowControl w:val="0"/>
        <w:ind w:firstLine="567"/>
        <w:jc w:val="both"/>
      </w:pPr>
      <w:r>
        <w:t>8.12. Решение Заказчика об одностороннем отказе от исполнения Договора вступает в силу и Договор считается расторгнутым через 5 (пять) дней с даты надлежащего уведомления Заказчиком Исполнителя об одностороннем отказе от исполнения Договора.</w:t>
      </w:r>
    </w:p>
    <w:p w14:paraId="1A1F4FF1" w14:textId="77777777" w:rsidR="00EB58C0" w:rsidRDefault="00000000" w:rsidP="00A00BBC">
      <w:pPr>
        <w:widowControl w:val="0"/>
        <w:ind w:firstLine="567"/>
        <w:jc w:val="both"/>
      </w:pPr>
      <w:r>
        <w:t xml:space="preserve">8.13. Заказчик обязан отменить не вступившее в силу решение об одностороннем отказе от исполнения Договора, если в течение 5 (пяти) дней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настоящим Договором. Данное правило не применяется в случае повторного </w:t>
      </w:r>
      <w:r>
        <w:lastRenderedPageBreak/>
        <w:t>нарушения Исполнителем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3E4A902A" w14:textId="77777777" w:rsidR="00EB58C0" w:rsidRDefault="00000000" w:rsidP="00A00BBC">
      <w:pPr>
        <w:widowControl w:val="0"/>
        <w:ind w:firstLine="567"/>
        <w:jc w:val="both"/>
      </w:pPr>
      <w:r>
        <w:t>8.14. Исполнитель вправе принять решение об одностороннем отказе от исполнения Договора в соответствии с законодательством Российской Федерации.</w:t>
      </w:r>
    </w:p>
    <w:p w14:paraId="4D897D43" w14:textId="77777777" w:rsidR="00EB58C0" w:rsidRDefault="00000000" w:rsidP="00A00BBC">
      <w:pPr>
        <w:widowControl w:val="0"/>
        <w:ind w:firstLine="567"/>
        <w:jc w:val="both"/>
      </w:pPr>
      <w:r>
        <w:t>8.15. Заказчик вправе отказаться от исполнения Договора при условии оплаты Исполнителю фактически понесенных им расходов (пункт 1 статьи 782 Гражданского кодекса Российской Федерации). Исполнитель вправе отказаться от исполнения обязательств по Договору лишь при условии полного возмещения Заказчику убытков (пункт 2 статьи 782 Гражданского кодекса Российской Федерации).</w:t>
      </w:r>
    </w:p>
    <w:p w14:paraId="1ECB0644" w14:textId="77777777" w:rsidR="00A00BBC" w:rsidRDefault="00A00BBC" w:rsidP="00A00BBC">
      <w:pPr>
        <w:widowControl w:val="0"/>
        <w:ind w:firstLine="567"/>
        <w:jc w:val="both"/>
      </w:pPr>
    </w:p>
    <w:p w14:paraId="2E9763A9"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9. Порядок урегулирования споров и применимое право</w:t>
      </w:r>
    </w:p>
    <w:p w14:paraId="00D70897" w14:textId="77777777" w:rsidR="00EB58C0" w:rsidRDefault="00000000" w:rsidP="00A00BBC">
      <w:pPr>
        <w:widowControl w:val="0"/>
        <w:ind w:firstLine="567"/>
        <w:jc w:val="both"/>
      </w:pPr>
      <w:r>
        <w:rPr>
          <w:b/>
        </w:rPr>
        <w:t>9.1. Досудебный (претензионный) порядок</w:t>
      </w:r>
    </w:p>
    <w:p w14:paraId="54713330" w14:textId="77777777" w:rsidR="00EB58C0" w:rsidRDefault="00000000" w:rsidP="00A00BBC">
      <w:pPr>
        <w:widowControl w:val="0"/>
        <w:ind w:firstLine="567"/>
        <w:jc w:val="both"/>
      </w:pPr>
      <w: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15C5AA55" w14:textId="77777777" w:rsidR="00EB58C0" w:rsidRDefault="00000000" w:rsidP="00A00BBC">
      <w:pPr>
        <w:widowControl w:val="0"/>
        <w:ind w:firstLine="567"/>
        <w:jc w:val="both"/>
      </w:pPr>
      <w:r>
        <w:t>9.1.2. Претензии направляются в письменной форме одним из следующих способов:</w:t>
      </w:r>
    </w:p>
    <w:p w14:paraId="5B24416A" w14:textId="77777777" w:rsidR="00EB58C0" w:rsidRDefault="00000000" w:rsidP="00A00BBC">
      <w:pPr>
        <w:widowControl w:val="0"/>
        <w:ind w:firstLine="567"/>
        <w:jc w:val="both"/>
      </w:pPr>
      <w:r>
        <w:t>а) заказным письмом с уведомлением о вручении по почтовому адресу Стороны, указанному в разделе 14 Договора;</w:t>
      </w:r>
    </w:p>
    <w:p w14:paraId="18EE64BD" w14:textId="77777777" w:rsidR="00EB58C0" w:rsidRDefault="00000000" w:rsidP="00A00BBC">
      <w:pPr>
        <w:widowControl w:val="0"/>
        <w:ind w:firstLine="567"/>
        <w:jc w:val="both"/>
      </w:pPr>
      <w:r>
        <w:t>б) посредством факсимильной связи с последующим направлением оригинала в течение 3 (трех) рабочих дней;</w:t>
      </w:r>
    </w:p>
    <w:p w14:paraId="0C9B695A" w14:textId="77777777" w:rsidR="00EB58C0" w:rsidRDefault="00000000" w:rsidP="00A00BBC">
      <w:pPr>
        <w:widowControl w:val="0"/>
        <w:ind w:firstLine="567"/>
        <w:jc w:val="both"/>
      </w:pPr>
      <w:r>
        <w:t>в)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41254822" w14:textId="77777777" w:rsidR="00EB58C0" w:rsidRDefault="00000000" w:rsidP="00A00BBC">
      <w:pPr>
        <w:widowControl w:val="0"/>
        <w:ind w:firstLine="567"/>
        <w:jc w:val="both"/>
      </w:pPr>
      <w:r>
        <w:t>9.1.3. Для целей настоящего Договора Стороны признают юридическую силу сообщений, направленных на следующие адреса электронной почты:</w:t>
      </w:r>
    </w:p>
    <w:p w14:paraId="4E4D2129" w14:textId="77777777" w:rsidR="00EB58C0" w:rsidRDefault="00000000" w:rsidP="00A00BBC">
      <w:pPr>
        <w:widowControl w:val="0"/>
        <w:ind w:firstLine="567"/>
        <w:jc w:val="both"/>
      </w:pPr>
      <w:r>
        <w:t>— от Заказчика: _______________@_______;</w:t>
      </w:r>
    </w:p>
    <w:p w14:paraId="7FFDEF71" w14:textId="77777777" w:rsidR="00EB58C0" w:rsidRDefault="00000000" w:rsidP="00A00BBC">
      <w:pPr>
        <w:widowControl w:val="0"/>
        <w:ind w:firstLine="567"/>
        <w:jc w:val="both"/>
      </w:pPr>
      <w:r>
        <w:t>— от Исполнителя: _______________@_______.</w:t>
      </w:r>
    </w:p>
    <w:p w14:paraId="4BD7C22E" w14:textId="77777777" w:rsidR="00EB58C0" w:rsidRDefault="00000000" w:rsidP="00A00BBC">
      <w:pPr>
        <w:widowControl w:val="0"/>
        <w:ind w:firstLine="567"/>
        <w:jc w:val="both"/>
      </w:pPr>
      <w:r>
        <w:t>Изменение указанных адресов допускается только путем направления письменного уведомления в порядке, установленном разделом 12 Договора.</w:t>
      </w:r>
    </w:p>
    <w:p w14:paraId="2F412991" w14:textId="77777777" w:rsidR="00EB58C0" w:rsidRDefault="00000000" w:rsidP="00A00BBC">
      <w:pPr>
        <w:widowControl w:val="0"/>
        <w:ind w:firstLine="567"/>
        <w:jc w:val="both"/>
      </w:pPr>
      <w:r>
        <w:rPr>
          <w:b/>
        </w:rPr>
        <w:t>9.2. Сроки рассмотрения претензий</w:t>
      </w:r>
    </w:p>
    <w:p w14:paraId="71E464C2" w14:textId="77777777" w:rsidR="00EB58C0" w:rsidRDefault="00000000" w:rsidP="00A00BBC">
      <w:pPr>
        <w:widowControl w:val="0"/>
        <w:ind w:firstLine="567"/>
        <w:jc w:val="both"/>
      </w:pPr>
      <w:r>
        <w:t>9.2.1. Сторона, получившая претензию, обязана рассмотреть её и направить мотивированный ответ в срок:</w:t>
      </w:r>
    </w:p>
    <w:p w14:paraId="61FA5272" w14:textId="77777777" w:rsidR="00EB58C0" w:rsidRDefault="00000000" w:rsidP="00A00BBC">
      <w:pPr>
        <w:widowControl w:val="0"/>
        <w:ind w:firstLine="567"/>
        <w:jc w:val="both"/>
      </w:pPr>
      <w:r>
        <w:t>а) 5 (пять) календарных дней — по претензиям, связанным с качеством Услуг, сроками оказания Услуг, нарушением гарантийных обязательств;</w:t>
      </w:r>
    </w:p>
    <w:p w14:paraId="5B39D5E0" w14:textId="77777777" w:rsidR="00EB58C0" w:rsidRDefault="00000000" w:rsidP="00A00BBC">
      <w:pPr>
        <w:widowControl w:val="0"/>
        <w:ind w:firstLine="567"/>
        <w:jc w:val="both"/>
      </w:pPr>
      <w:r>
        <w:t>б) 10 (десять) календарных дней — по иным претензиям.</w:t>
      </w:r>
    </w:p>
    <w:p w14:paraId="54CED2E2" w14:textId="77777777" w:rsidR="00EB58C0" w:rsidRDefault="00000000" w:rsidP="00A00BBC">
      <w:pPr>
        <w:widowControl w:val="0"/>
        <w:ind w:firstLine="567"/>
        <w:jc w:val="both"/>
      </w:pPr>
      <w:r>
        <w:t>9.2.2. В случае удовлетворения претензии Исполнитель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1D7D0025" w14:textId="77777777" w:rsidR="00EB58C0" w:rsidRDefault="00000000" w:rsidP="00A00BBC">
      <w:pPr>
        <w:widowControl w:val="0"/>
        <w:ind w:firstLine="567"/>
        <w:jc w:val="both"/>
      </w:pPr>
      <w:r>
        <w:t>9.2.3. Молчание или неполучение ответа в установленный срок приравнивается к отказу в удовлетворении претензии.</w:t>
      </w:r>
    </w:p>
    <w:p w14:paraId="5F7B4F53" w14:textId="77777777" w:rsidR="00EB58C0" w:rsidRDefault="00000000" w:rsidP="00A00BBC">
      <w:pPr>
        <w:widowControl w:val="0"/>
        <w:ind w:firstLine="567"/>
        <w:jc w:val="both"/>
      </w:pPr>
      <w:r>
        <w:rPr>
          <w:b/>
        </w:rPr>
        <w:t>9.3. Подсудность</w:t>
      </w:r>
    </w:p>
    <w:p w14:paraId="189F12B9" w14:textId="77777777" w:rsidR="00EB58C0" w:rsidRDefault="00000000" w:rsidP="00A00BBC">
      <w:pPr>
        <w:widowControl w:val="0"/>
        <w:ind w:firstLine="567"/>
        <w:jc w:val="both"/>
      </w:pPr>
      <w:r>
        <w:t>9.3.1. Споры, не урегулированные в досудебном порядке, подлежат рассмотрению в Арбитражном суде по месту нахождения Заказчика (в соответствии с правилами договорной подсудности).</w:t>
      </w:r>
    </w:p>
    <w:p w14:paraId="299E0871" w14:textId="77777777" w:rsidR="00EB58C0" w:rsidRDefault="00000000" w:rsidP="00A00BBC">
      <w:pPr>
        <w:widowControl w:val="0"/>
        <w:ind w:firstLine="567"/>
        <w:jc w:val="both"/>
      </w:pPr>
      <w: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2EB6AA99" w14:textId="77777777" w:rsidR="00EB58C0" w:rsidRDefault="00000000" w:rsidP="00A00BBC">
      <w:pPr>
        <w:widowControl w:val="0"/>
        <w:ind w:firstLine="567"/>
        <w:jc w:val="both"/>
      </w:pPr>
      <w:r>
        <w:rPr>
          <w:b/>
        </w:rPr>
        <w:t>9.4. Обеспечительные меры и упрощенное производство</w:t>
      </w:r>
    </w:p>
    <w:p w14:paraId="30BB775D" w14:textId="77777777" w:rsidR="00EB58C0" w:rsidRDefault="00000000" w:rsidP="00A00BBC">
      <w:pPr>
        <w:widowControl w:val="0"/>
        <w:ind w:firstLine="567"/>
        <w:jc w:val="both"/>
      </w:pPr>
      <w:r>
        <w:t>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Исполнителя, если существует риск сокрытия активов или неисполнения будущего судебного акта.</w:t>
      </w:r>
    </w:p>
    <w:p w14:paraId="22DF0513" w14:textId="77777777" w:rsidR="00EB58C0" w:rsidRDefault="00000000" w:rsidP="00A00BBC">
      <w:pPr>
        <w:widowControl w:val="0"/>
        <w:ind w:firstLine="567"/>
        <w:jc w:val="both"/>
      </w:pPr>
      <w:r>
        <w:t>9.4.2. Стороны признают право Заказчика инициировать упрощенное судебное производство (при наличии оснований) по спорам, связанным с просрочкой оказания Услуг, оказанием Услуг ненадлежащего качества или нарушением гарантийных обязательств.</w:t>
      </w:r>
    </w:p>
    <w:p w14:paraId="60D27F05" w14:textId="77777777" w:rsidR="00EB58C0" w:rsidRDefault="00000000" w:rsidP="00A00BBC">
      <w:pPr>
        <w:widowControl w:val="0"/>
        <w:ind w:firstLine="567"/>
        <w:jc w:val="both"/>
      </w:pPr>
      <w:r>
        <w:rPr>
          <w:b/>
        </w:rPr>
        <w:t>9.5. Применимое право</w:t>
      </w:r>
    </w:p>
    <w:p w14:paraId="065FC9D9" w14:textId="77777777" w:rsidR="00EB58C0" w:rsidRDefault="00000000" w:rsidP="00A00BBC">
      <w:pPr>
        <w:widowControl w:val="0"/>
        <w:ind w:firstLine="567"/>
        <w:jc w:val="both"/>
      </w:pPr>
      <w:r>
        <w:t>9.5.1. Настоящий Договор регулируется и толкуется в соответствии с законодательством Российской Федерации.</w:t>
      </w:r>
    </w:p>
    <w:p w14:paraId="23CF33F2" w14:textId="77777777" w:rsidR="00EB58C0" w:rsidRDefault="00000000" w:rsidP="00A00BBC">
      <w:pPr>
        <w:widowControl w:val="0"/>
        <w:ind w:firstLine="567"/>
        <w:jc w:val="both"/>
      </w:pPr>
      <w: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5F088189" w14:textId="77777777" w:rsidR="00EB58C0" w:rsidRDefault="00000000" w:rsidP="00A00BBC">
      <w:pPr>
        <w:widowControl w:val="0"/>
        <w:ind w:firstLine="567"/>
        <w:jc w:val="both"/>
      </w:pPr>
      <w:r>
        <w:rPr>
          <w:b/>
        </w:rPr>
        <w:t>9.6. Расходы на урегулирование споров</w:t>
      </w:r>
    </w:p>
    <w:p w14:paraId="645E4E91" w14:textId="77777777" w:rsidR="00EB58C0" w:rsidRDefault="00000000" w:rsidP="00A00BBC">
      <w:pPr>
        <w:widowControl w:val="0"/>
        <w:ind w:firstLine="567"/>
        <w:jc w:val="both"/>
      </w:pPr>
      <w:r>
        <w:t>9.6.1. В случае удовлетворения требований Заказчика судом Исполнитель обязан возместить Заказчику все документально подтверждённые расходы на ведение дела, включая услуги представителей, экспертов, переводчиков, а также судебные расходы.</w:t>
      </w:r>
    </w:p>
    <w:p w14:paraId="10F8FCCD" w14:textId="77777777" w:rsidR="00EB58C0" w:rsidRDefault="00000000" w:rsidP="00A00BBC">
      <w:pPr>
        <w:widowControl w:val="0"/>
        <w:ind w:firstLine="567"/>
        <w:jc w:val="both"/>
      </w:pPr>
      <w:r>
        <w:t xml:space="preserve">9.6.2. Расходы на проведение экспертизы, инициированной Заказчиком в рамках досудебного </w:t>
      </w:r>
      <w:r>
        <w:lastRenderedPageBreak/>
        <w:t>урегулирования (п. 8.10 Договора), подлежат возмещению Исполнителем в случае подтверждения нарушений по результатам такой экспертизы.</w:t>
      </w:r>
    </w:p>
    <w:p w14:paraId="3B06FC12" w14:textId="77777777" w:rsidR="00EB58C0" w:rsidRDefault="00000000" w:rsidP="00A00BBC">
      <w:pPr>
        <w:widowControl w:val="0"/>
        <w:jc w:val="both"/>
      </w:pPr>
      <w:r>
        <w:rPr>
          <w:b/>
        </w:rPr>
        <w:t>10. Антикоррупционная оговорка</w:t>
      </w:r>
    </w:p>
    <w:p w14:paraId="16010FD7" w14:textId="77777777" w:rsidR="00EB58C0" w:rsidRDefault="00000000" w:rsidP="00A00BBC">
      <w:pPr>
        <w:widowControl w:val="0"/>
        <w:ind w:firstLine="567"/>
        <w:jc w:val="both"/>
      </w:pPr>
      <w: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41C961A7" w14:textId="77777777" w:rsidR="00EB58C0" w:rsidRDefault="00000000" w:rsidP="00A00BBC">
      <w:pPr>
        <w:widowControl w:val="0"/>
        <w:ind w:firstLine="567"/>
        <w:jc w:val="both"/>
      </w:pPr>
      <w: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65B4267F" w14:textId="77777777" w:rsidR="00EB58C0" w:rsidRDefault="00000000" w:rsidP="00A00BBC">
      <w:pPr>
        <w:widowControl w:val="0"/>
        <w:ind w:firstLine="567"/>
        <w:jc w:val="both"/>
      </w:pPr>
      <w: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w:t>
      </w:r>
      <w:proofErr w:type="spellStart"/>
      <w:r>
        <w:t>ов</w:t>
      </w:r>
      <w:proofErr w:type="spellEnd"/>
      <w:r>
        <w:t>)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4B35C661" w14:textId="77777777" w:rsidR="00EB58C0" w:rsidRDefault="00000000" w:rsidP="00A00BBC">
      <w:pPr>
        <w:widowControl w:val="0"/>
        <w:ind w:firstLine="567"/>
        <w:jc w:val="both"/>
      </w:pPr>
      <w: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690854D2" w14:textId="77777777" w:rsidR="00EB58C0" w:rsidRDefault="00000000" w:rsidP="00A00BBC">
      <w:pPr>
        <w:widowControl w:val="0"/>
        <w:ind w:firstLine="567"/>
        <w:jc w:val="both"/>
      </w:pPr>
      <w: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7FAAF778" w14:textId="77777777" w:rsidR="00EB58C0" w:rsidRDefault="00000000" w:rsidP="00A00BBC">
      <w:pPr>
        <w:widowControl w:val="0"/>
        <w:ind w:firstLine="567"/>
        <w:jc w:val="both"/>
      </w:pPr>
      <w: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5CE4A81C" w14:textId="77777777" w:rsidR="00EB58C0" w:rsidRDefault="00000000" w:rsidP="00A00BBC">
      <w:pPr>
        <w:widowControl w:val="0"/>
        <w:ind w:firstLine="567"/>
        <w:jc w:val="both"/>
      </w:pPr>
      <w: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526E072A" w14:textId="77777777" w:rsidR="00A00BBC" w:rsidRDefault="00A00BBC" w:rsidP="00A00BBC">
      <w:pPr>
        <w:widowControl w:val="0"/>
        <w:ind w:firstLine="567"/>
        <w:jc w:val="both"/>
      </w:pPr>
    </w:p>
    <w:p w14:paraId="4B121B34"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11. Налоговая оговорка</w:t>
      </w:r>
    </w:p>
    <w:p w14:paraId="10AA7C5A" w14:textId="77777777" w:rsidR="00EB58C0" w:rsidRDefault="00000000" w:rsidP="00A00BBC">
      <w:pPr>
        <w:widowControl w:val="0"/>
        <w:ind w:firstLine="567"/>
        <w:jc w:val="both"/>
      </w:pPr>
      <w: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77712FBB" w14:textId="77777777" w:rsidR="00EB58C0" w:rsidRDefault="00000000" w:rsidP="00A00BBC">
      <w:pPr>
        <w:widowControl w:val="0"/>
        <w:ind w:firstLine="567"/>
        <w:jc w:val="both"/>
      </w:pPr>
      <w: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4C410B20" w14:textId="77777777" w:rsidR="00EB58C0" w:rsidRDefault="00000000" w:rsidP="00A00BBC">
      <w:pPr>
        <w:widowControl w:val="0"/>
        <w:ind w:firstLine="567"/>
        <w:jc w:val="both"/>
      </w:pPr>
      <w: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76549D91" w14:textId="77777777" w:rsidR="00EB58C0" w:rsidRDefault="00000000" w:rsidP="00A00BBC">
      <w:pPr>
        <w:widowControl w:val="0"/>
        <w:ind w:firstLine="567"/>
        <w:jc w:val="both"/>
      </w:pPr>
      <w:r>
        <w:t>11.2. Исполнитель обязан возместить Заказчику ущерб в виде доначисления налога на прибыль, доначисления НДС, восстановления вычетов НДС, пени и штрафы, доначисленные Заказчику налоговым органом, если доначисления стали следствием одной из указанных причин:</w:t>
      </w:r>
    </w:p>
    <w:p w14:paraId="272DC6CD" w14:textId="77777777" w:rsidR="00EB58C0" w:rsidRDefault="00000000" w:rsidP="00A00BBC">
      <w:pPr>
        <w:widowControl w:val="0"/>
        <w:ind w:firstLine="567"/>
        <w:jc w:val="both"/>
      </w:pPr>
      <w: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22307B85" w14:textId="77777777" w:rsidR="00EB58C0" w:rsidRDefault="00000000" w:rsidP="00A00BBC">
      <w:pPr>
        <w:widowControl w:val="0"/>
        <w:ind w:firstLine="567"/>
        <w:jc w:val="both"/>
      </w:pPr>
      <w:r>
        <w:t xml:space="preserve">- ненадлежащее (несвоевременное) оформление Исполнителем счетов-фактур и иных первичных учетных документов при исполнении настоящего Договора либо их несвоевременная передача в адрес </w:t>
      </w:r>
      <w:r>
        <w:lastRenderedPageBreak/>
        <w:t>Заказчика;</w:t>
      </w:r>
    </w:p>
    <w:p w14:paraId="38FF5703" w14:textId="77777777" w:rsidR="00EB58C0" w:rsidRDefault="00000000" w:rsidP="00A00BBC">
      <w:pPr>
        <w:widowControl w:val="0"/>
        <w:ind w:firstLine="567"/>
        <w:jc w:val="both"/>
      </w:pPr>
      <w:r>
        <w:t>- неотражение или несвоевременное отражение Исполнителем счетов-фактур, выставленных в адрес Заказчика, в декларации по НДС и книге продаж;</w:t>
      </w:r>
    </w:p>
    <w:p w14:paraId="36B9E2AF" w14:textId="77777777" w:rsidR="00EB58C0" w:rsidRDefault="00000000" w:rsidP="00A00BBC">
      <w:pPr>
        <w:widowControl w:val="0"/>
        <w:ind w:firstLine="567"/>
        <w:jc w:val="both"/>
      </w:pPr>
      <w:r>
        <w:t>- привлечение к оказанию услуг третьих лиц, которые оказались недобросовестными исполнителями или представили некорректные сведения о себе, или совершили иные действия, повлекшие исключение у Заказчика стоимости оказанных услуг из расчета налогооблагаемой базы по налогу на прибыль.</w:t>
      </w:r>
    </w:p>
    <w:p w14:paraId="143A3030" w14:textId="77777777" w:rsidR="00EB58C0" w:rsidRDefault="00000000" w:rsidP="00A00BBC">
      <w:pPr>
        <w:widowControl w:val="0"/>
        <w:ind w:firstLine="567"/>
        <w:jc w:val="both"/>
      </w:pPr>
      <w:r>
        <w:t>11.3. Исполнитель обязан возместить Заказчику указанные в пункте 11.2 Договора потери в течение 30 (тридцати) календарных дней с момента предъявления Заказчиком претензии, если иной срок не предусмотрен законодательством РФ.</w:t>
      </w:r>
    </w:p>
    <w:p w14:paraId="59B519DF" w14:textId="77777777" w:rsidR="00A00BBC" w:rsidRDefault="00A00BBC" w:rsidP="00A00BBC">
      <w:pPr>
        <w:widowControl w:val="0"/>
        <w:ind w:firstLine="567"/>
        <w:jc w:val="both"/>
      </w:pPr>
    </w:p>
    <w:p w14:paraId="17576866"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12. Прочие условия</w:t>
      </w:r>
    </w:p>
    <w:p w14:paraId="0F4CC50F" w14:textId="77777777" w:rsidR="00EB58C0" w:rsidRDefault="00000000" w:rsidP="00A00BBC">
      <w:pPr>
        <w:widowControl w:val="0"/>
        <w:ind w:firstLine="567"/>
        <w:jc w:val="both"/>
      </w:pPr>
      <w:r>
        <w:t>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F30862D" w14:textId="77777777" w:rsidR="00EB58C0" w:rsidRDefault="00000000" w:rsidP="00A00BBC">
      <w:pPr>
        <w:widowControl w:val="0"/>
        <w:ind w:firstLine="567"/>
        <w:jc w:val="both"/>
      </w:pPr>
      <w:r>
        <w:t>12.2. Все подписанные приложения к Договору, дополнительные соглашения к Договору также в течение 30 (тридцать) календарных дней с даты заключения таких приложений, дополнительных соглашений подлежат предоставлению Исполнителем Заказчику оригиналов документов на бумажном носителе. Если в соответствии с законодательством требуется Заказчиком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постановка на учет, внесение в реестры и т.д.), то Исполнитель должен предоставить Заказчику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539828E4" w14:textId="77777777" w:rsidR="00EB58C0" w:rsidRDefault="00000000" w:rsidP="00A00BBC">
      <w:pPr>
        <w:widowControl w:val="0"/>
        <w:ind w:firstLine="567"/>
        <w:jc w:val="both"/>
      </w:pPr>
      <w: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0F6583AE" w14:textId="77777777" w:rsidR="00EB58C0" w:rsidRDefault="00000000" w:rsidP="00A00BBC">
      <w:pPr>
        <w:widowControl w:val="0"/>
        <w:ind w:firstLine="567"/>
        <w:jc w:val="both"/>
      </w:pPr>
      <w:r>
        <w:t>12.4. По настоящему Договору право (требование), принадлежащее Исполнителю на основании обязательств, возникших при исполнении настоящего Договора, не может быть передано им другому лицу без письменного согласия Заказчика.</w:t>
      </w:r>
    </w:p>
    <w:p w14:paraId="44795D50" w14:textId="77777777" w:rsidR="00EB58C0" w:rsidRDefault="00000000" w:rsidP="00A00BBC">
      <w:pPr>
        <w:widowControl w:val="0"/>
        <w:ind w:firstLine="567"/>
        <w:jc w:val="both"/>
      </w:pPr>
      <w:r>
        <w:t>12.5. Во всем, что не предусмотрено Договором, Стороны руководствуются законодательством Российской Федерации.</w:t>
      </w:r>
    </w:p>
    <w:p w14:paraId="7EFD9B41" w14:textId="77777777" w:rsidR="00EB58C0" w:rsidRDefault="00000000" w:rsidP="00A00BBC">
      <w:pPr>
        <w:widowControl w:val="0"/>
        <w:ind w:firstLine="567"/>
        <w:jc w:val="both"/>
      </w:pPr>
      <w:r>
        <w:t>12.6. Договор составлен в 2 (двух) экземплярах, один экземпляр – Заказчику, один – Исполнителю, имеющих одинаковую юридическую силу.</w:t>
      </w:r>
    </w:p>
    <w:p w14:paraId="4F04AEF4" w14:textId="77777777" w:rsidR="00A00BBC" w:rsidRDefault="00A00BBC" w:rsidP="00A00BBC">
      <w:pPr>
        <w:widowControl w:val="0"/>
        <w:ind w:firstLine="567"/>
        <w:jc w:val="both"/>
      </w:pPr>
    </w:p>
    <w:p w14:paraId="6239FA9B"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13. Приложения</w:t>
      </w:r>
    </w:p>
    <w:p w14:paraId="654FFF06" w14:textId="77777777" w:rsidR="00EB58C0" w:rsidRDefault="00000000" w:rsidP="00A00BBC">
      <w:pPr>
        <w:widowControl w:val="0"/>
        <w:ind w:firstLine="567"/>
        <w:jc w:val="both"/>
      </w:pPr>
      <w:r>
        <w:t>13.1. Неотъемлемыми частями Договора являются следующие приложения к Договору:</w:t>
      </w:r>
    </w:p>
    <w:p w14:paraId="48F7668A" w14:textId="77777777" w:rsidR="00EB58C0" w:rsidRDefault="00000000" w:rsidP="00A00BBC">
      <w:pPr>
        <w:widowControl w:val="0"/>
        <w:ind w:firstLine="567"/>
        <w:jc w:val="both"/>
      </w:pPr>
      <w:r>
        <w:t>Приложение № 1 «Техническое задание (описание предмета закупки)»;</w:t>
      </w:r>
    </w:p>
    <w:p w14:paraId="5625A269" w14:textId="77777777" w:rsidR="00EB58C0" w:rsidRDefault="00000000" w:rsidP="00A00BBC">
      <w:pPr>
        <w:widowControl w:val="0"/>
        <w:ind w:firstLine="567"/>
        <w:jc w:val="both"/>
      </w:pPr>
      <w:r>
        <w:t>Приложение № 2 «Расчет цены Договора (калькуляция)».</w:t>
      </w:r>
    </w:p>
    <w:p w14:paraId="62D7A9B1" w14:textId="77777777" w:rsidR="00A00BBC" w:rsidRDefault="00A00BBC" w:rsidP="00A00BBC">
      <w:pPr>
        <w:widowControl w:val="0"/>
        <w:ind w:firstLine="567"/>
        <w:jc w:val="both"/>
      </w:pPr>
    </w:p>
    <w:p w14:paraId="7CD46DA8"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14. Адреса, реквизиты и подписи Сторон</w:t>
      </w:r>
    </w:p>
    <w:p w14:paraId="7C7FCC39" w14:textId="77777777" w:rsidR="00EB58C0" w:rsidRDefault="00EB58C0" w:rsidP="00A00BBC">
      <w:pPr>
        <w:widowControl w:val="0"/>
        <w:jc w:val="both"/>
      </w:pPr>
    </w:p>
    <w:tbl>
      <w:tblPr>
        <w:tblStyle w:val="aff0"/>
        <w:tblW w:w="0" w:type="auto"/>
        <w:jc w:val="center"/>
        <w:tblLayout w:type="fixed"/>
        <w:tblLook w:val="04A0" w:firstRow="1" w:lastRow="0" w:firstColumn="1" w:lastColumn="0" w:noHBand="0" w:noVBand="1"/>
      </w:tblPr>
      <w:tblGrid>
        <w:gridCol w:w="5102"/>
        <w:gridCol w:w="5102"/>
      </w:tblGrid>
      <w:tr w:rsidR="00EB58C0" w14:paraId="412154C1" w14:textId="77777777">
        <w:trPr>
          <w:jc w:val="center"/>
        </w:trPr>
        <w:tc>
          <w:tcPr>
            <w:tcW w:w="5102" w:type="dxa"/>
          </w:tcPr>
          <w:p w14:paraId="4DCAB332" w14:textId="77777777" w:rsidR="00EB58C0" w:rsidRDefault="00000000" w:rsidP="00A00BBC">
            <w:pPr>
              <w:widowControl w:val="0"/>
            </w:pPr>
            <w:r>
              <w:rPr>
                <w:b/>
              </w:rPr>
              <w:t>ЗАКАЗЧИК:</w:t>
            </w:r>
          </w:p>
        </w:tc>
        <w:tc>
          <w:tcPr>
            <w:tcW w:w="5102" w:type="dxa"/>
          </w:tcPr>
          <w:p w14:paraId="7449752E" w14:textId="77777777" w:rsidR="00EB58C0" w:rsidRDefault="00000000" w:rsidP="00A00BBC">
            <w:pPr>
              <w:widowControl w:val="0"/>
            </w:pPr>
            <w:r>
              <w:rPr>
                <w:b/>
              </w:rPr>
              <w:t>ИСПОЛНИТЕЛЬ:</w:t>
            </w:r>
          </w:p>
        </w:tc>
      </w:tr>
      <w:tr w:rsidR="00EB58C0" w14:paraId="149A1E85" w14:textId="77777777">
        <w:trPr>
          <w:jc w:val="center"/>
        </w:trPr>
        <w:tc>
          <w:tcPr>
            <w:tcW w:w="5102" w:type="dxa"/>
          </w:tcPr>
          <w:p w14:paraId="36BD5172" w14:textId="77777777" w:rsidR="00EB58C0" w:rsidRDefault="00000000" w:rsidP="00A00BBC">
            <w:pPr>
              <w:widowControl w:val="0"/>
            </w:pPr>
            <w:r>
              <w:t>Наименование (полное и сокращенное):</w:t>
            </w:r>
          </w:p>
        </w:tc>
        <w:tc>
          <w:tcPr>
            <w:tcW w:w="5102" w:type="dxa"/>
          </w:tcPr>
          <w:p w14:paraId="17EA5A62" w14:textId="77777777" w:rsidR="00EB58C0" w:rsidRDefault="00EB58C0" w:rsidP="00A00BBC">
            <w:pPr>
              <w:widowControl w:val="0"/>
            </w:pPr>
          </w:p>
        </w:tc>
      </w:tr>
      <w:tr w:rsidR="00EB58C0" w14:paraId="0CB2BE9E" w14:textId="77777777">
        <w:trPr>
          <w:jc w:val="center"/>
        </w:trPr>
        <w:tc>
          <w:tcPr>
            <w:tcW w:w="5102" w:type="dxa"/>
          </w:tcPr>
          <w:p w14:paraId="7791A1A4" w14:textId="77777777" w:rsidR="00EB58C0" w:rsidRDefault="00000000" w:rsidP="00A00BBC">
            <w:pPr>
              <w:widowControl w:val="0"/>
            </w:pPr>
            <w:r>
              <w:t>Юридический адрес:</w:t>
            </w:r>
          </w:p>
        </w:tc>
        <w:tc>
          <w:tcPr>
            <w:tcW w:w="5102" w:type="dxa"/>
          </w:tcPr>
          <w:p w14:paraId="28F2FBCD" w14:textId="77777777" w:rsidR="00EB58C0" w:rsidRDefault="00EB58C0" w:rsidP="00A00BBC">
            <w:pPr>
              <w:widowControl w:val="0"/>
            </w:pPr>
          </w:p>
        </w:tc>
      </w:tr>
      <w:tr w:rsidR="00EB58C0" w14:paraId="5AE63ADD" w14:textId="77777777">
        <w:trPr>
          <w:jc w:val="center"/>
        </w:trPr>
        <w:tc>
          <w:tcPr>
            <w:tcW w:w="5102" w:type="dxa"/>
          </w:tcPr>
          <w:p w14:paraId="40477064" w14:textId="77777777" w:rsidR="00EB58C0" w:rsidRDefault="00000000" w:rsidP="00A00BBC">
            <w:pPr>
              <w:widowControl w:val="0"/>
            </w:pPr>
            <w:r>
              <w:t>Почтовый адрес:</w:t>
            </w:r>
          </w:p>
        </w:tc>
        <w:tc>
          <w:tcPr>
            <w:tcW w:w="5102" w:type="dxa"/>
          </w:tcPr>
          <w:p w14:paraId="0FAF80A0" w14:textId="77777777" w:rsidR="00EB58C0" w:rsidRDefault="00EB58C0" w:rsidP="00A00BBC">
            <w:pPr>
              <w:widowControl w:val="0"/>
            </w:pPr>
          </w:p>
        </w:tc>
      </w:tr>
      <w:tr w:rsidR="00EB58C0" w14:paraId="05FDE380" w14:textId="77777777">
        <w:trPr>
          <w:jc w:val="center"/>
        </w:trPr>
        <w:tc>
          <w:tcPr>
            <w:tcW w:w="5102" w:type="dxa"/>
          </w:tcPr>
          <w:p w14:paraId="4D6D07BA" w14:textId="77777777" w:rsidR="00EB58C0" w:rsidRDefault="00000000" w:rsidP="00A00BBC">
            <w:pPr>
              <w:widowControl w:val="0"/>
            </w:pPr>
            <w:r>
              <w:t>Тел/факс:</w:t>
            </w:r>
          </w:p>
        </w:tc>
        <w:tc>
          <w:tcPr>
            <w:tcW w:w="5102" w:type="dxa"/>
          </w:tcPr>
          <w:p w14:paraId="6ACE436F" w14:textId="77777777" w:rsidR="00EB58C0" w:rsidRDefault="00EB58C0" w:rsidP="00A00BBC">
            <w:pPr>
              <w:widowControl w:val="0"/>
            </w:pPr>
          </w:p>
        </w:tc>
      </w:tr>
      <w:tr w:rsidR="00EB58C0" w14:paraId="01FBE185" w14:textId="77777777">
        <w:trPr>
          <w:jc w:val="center"/>
        </w:trPr>
        <w:tc>
          <w:tcPr>
            <w:tcW w:w="5102" w:type="dxa"/>
          </w:tcPr>
          <w:p w14:paraId="780D67CF" w14:textId="77777777" w:rsidR="00EB58C0" w:rsidRDefault="00000000" w:rsidP="00A00BBC">
            <w:pPr>
              <w:widowControl w:val="0"/>
            </w:pPr>
            <w:r>
              <w:t>E-mail:</w:t>
            </w:r>
          </w:p>
        </w:tc>
        <w:tc>
          <w:tcPr>
            <w:tcW w:w="5102" w:type="dxa"/>
          </w:tcPr>
          <w:p w14:paraId="355466E3" w14:textId="77777777" w:rsidR="00EB58C0" w:rsidRDefault="00EB58C0" w:rsidP="00A00BBC">
            <w:pPr>
              <w:widowControl w:val="0"/>
            </w:pPr>
          </w:p>
        </w:tc>
      </w:tr>
      <w:tr w:rsidR="00EB58C0" w14:paraId="4212C2EE" w14:textId="77777777">
        <w:trPr>
          <w:jc w:val="center"/>
        </w:trPr>
        <w:tc>
          <w:tcPr>
            <w:tcW w:w="5102" w:type="dxa"/>
          </w:tcPr>
          <w:p w14:paraId="370750A2" w14:textId="77777777" w:rsidR="00EB58C0" w:rsidRDefault="00000000" w:rsidP="00A00BBC">
            <w:pPr>
              <w:widowControl w:val="0"/>
            </w:pPr>
            <w:r>
              <w:t>ИНН:</w:t>
            </w:r>
          </w:p>
        </w:tc>
        <w:tc>
          <w:tcPr>
            <w:tcW w:w="5102" w:type="dxa"/>
          </w:tcPr>
          <w:p w14:paraId="2EAD1BDD" w14:textId="77777777" w:rsidR="00EB58C0" w:rsidRDefault="00EB58C0" w:rsidP="00A00BBC">
            <w:pPr>
              <w:widowControl w:val="0"/>
            </w:pPr>
          </w:p>
        </w:tc>
      </w:tr>
      <w:tr w:rsidR="00EB58C0" w14:paraId="32CA93DF" w14:textId="77777777">
        <w:trPr>
          <w:jc w:val="center"/>
        </w:trPr>
        <w:tc>
          <w:tcPr>
            <w:tcW w:w="5102" w:type="dxa"/>
          </w:tcPr>
          <w:p w14:paraId="64CCEF8A" w14:textId="77777777" w:rsidR="00EB58C0" w:rsidRDefault="00000000" w:rsidP="00A00BBC">
            <w:pPr>
              <w:widowControl w:val="0"/>
            </w:pPr>
            <w:r>
              <w:t>КПП:</w:t>
            </w:r>
          </w:p>
        </w:tc>
        <w:tc>
          <w:tcPr>
            <w:tcW w:w="5102" w:type="dxa"/>
          </w:tcPr>
          <w:p w14:paraId="250E5B20" w14:textId="77777777" w:rsidR="00EB58C0" w:rsidRDefault="00EB58C0" w:rsidP="00A00BBC">
            <w:pPr>
              <w:widowControl w:val="0"/>
            </w:pPr>
          </w:p>
        </w:tc>
      </w:tr>
      <w:tr w:rsidR="00EB58C0" w14:paraId="688871B8" w14:textId="77777777">
        <w:trPr>
          <w:jc w:val="center"/>
        </w:trPr>
        <w:tc>
          <w:tcPr>
            <w:tcW w:w="5102" w:type="dxa"/>
          </w:tcPr>
          <w:p w14:paraId="2097A329" w14:textId="77777777" w:rsidR="00EB58C0" w:rsidRDefault="00000000" w:rsidP="00A00BBC">
            <w:pPr>
              <w:widowControl w:val="0"/>
            </w:pPr>
            <w:r>
              <w:t>ОГРН:</w:t>
            </w:r>
          </w:p>
        </w:tc>
        <w:tc>
          <w:tcPr>
            <w:tcW w:w="5102" w:type="dxa"/>
          </w:tcPr>
          <w:p w14:paraId="745B2ADE" w14:textId="77777777" w:rsidR="00EB58C0" w:rsidRDefault="00EB58C0" w:rsidP="00A00BBC">
            <w:pPr>
              <w:widowControl w:val="0"/>
            </w:pPr>
          </w:p>
        </w:tc>
      </w:tr>
      <w:tr w:rsidR="00EB58C0" w14:paraId="34163E92" w14:textId="77777777">
        <w:trPr>
          <w:jc w:val="center"/>
        </w:trPr>
        <w:tc>
          <w:tcPr>
            <w:tcW w:w="5102" w:type="dxa"/>
          </w:tcPr>
          <w:p w14:paraId="557F8F69" w14:textId="77777777" w:rsidR="00EB58C0" w:rsidRDefault="00000000" w:rsidP="00A00BBC">
            <w:pPr>
              <w:widowControl w:val="0"/>
            </w:pPr>
            <w:r>
              <w:t>ОКПО:</w:t>
            </w:r>
          </w:p>
        </w:tc>
        <w:tc>
          <w:tcPr>
            <w:tcW w:w="5102" w:type="dxa"/>
          </w:tcPr>
          <w:p w14:paraId="19AD9ABF" w14:textId="77777777" w:rsidR="00EB58C0" w:rsidRDefault="00EB58C0" w:rsidP="00A00BBC">
            <w:pPr>
              <w:widowControl w:val="0"/>
            </w:pPr>
          </w:p>
        </w:tc>
      </w:tr>
      <w:tr w:rsidR="00EB58C0" w14:paraId="4985EAE2" w14:textId="77777777">
        <w:trPr>
          <w:jc w:val="center"/>
        </w:trPr>
        <w:tc>
          <w:tcPr>
            <w:tcW w:w="5102" w:type="dxa"/>
          </w:tcPr>
          <w:p w14:paraId="546B2ED2" w14:textId="77777777" w:rsidR="00EB58C0" w:rsidRDefault="00000000" w:rsidP="00A00BBC">
            <w:pPr>
              <w:widowControl w:val="0"/>
            </w:pPr>
            <w:r>
              <w:t>Р/с:</w:t>
            </w:r>
          </w:p>
        </w:tc>
        <w:tc>
          <w:tcPr>
            <w:tcW w:w="5102" w:type="dxa"/>
          </w:tcPr>
          <w:p w14:paraId="2EF00894" w14:textId="77777777" w:rsidR="00EB58C0" w:rsidRDefault="00EB58C0" w:rsidP="00A00BBC">
            <w:pPr>
              <w:widowControl w:val="0"/>
            </w:pPr>
          </w:p>
        </w:tc>
      </w:tr>
      <w:tr w:rsidR="00EB58C0" w14:paraId="59F544DA" w14:textId="77777777">
        <w:trPr>
          <w:jc w:val="center"/>
        </w:trPr>
        <w:tc>
          <w:tcPr>
            <w:tcW w:w="5102" w:type="dxa"/>
          </w:tcPr>
          <w:p w14:paraId="3190C721" w14:textId="77777777" w:rsidR="00EB58C0" w:rsidRDefault="00000000" w:rsidP="00A00BBC">
            <w:pPr>
              <w:widowControl w:val="0"/>
            </w:pPr>
            <w:r>
              <w:lastRenderedPageBreak/>
              <w:t>Банк получатель:</w:t>
            </w:r>
          </w:p>
        </w:tc>
        <w:tc>
          <w:tcPr>
            <w:tcW w:w="5102" w:type="dxa"/>
          </w:tcPr>
          <w:p w14:paraId="1A340D77" w14:textId="77777777" w:rsidR="00EB58C0" w:rsidRDefault="00EB58C0" w:rsidP="00A00BBC">
            <w:pPr>
              <w:widowControl w:val="0"/>
            </w:pPr>
          </w:p>
        </w:tc>
      </w:tr>
      <w:tr w:rsidR="00EB58C0" w14:paraId="620114A6" w14:textId="77777777">
        <w:trPr>
          <w:jc w:val="center"/>
        </w:trPr>
        <w:tc>
          <w:tcPr>
            <w:tcW w:w="5102" w:type="dxa"/>
          </w:tcPr>
          <w:p w14:paraId="315F48FF" w14:textId="77777777" w:rsidR="00EB58C0" w:rsidRDefault="00000000" w:rsidP="00A00BBC">
            <w:pPr>
              <w:widowControl w:val="0"/>
            </w:pPr>
            <w:r>
              <w:t>БИК:</w:t>
            </w:r>
          </w:p>
        </w:tc>
        <w:tc>
          <w:tcPr>
            <w:tcW w:w="5102" w:type="dxa"/>
          </w:tcPr>
          <w:p w14:paraId="2F802465" w14:textId="77777777" w:rsidR="00EB58C0" w:rsidRDefault="00EB58C0" w:rsidP="00A00BBC">
            <w:pPr>
              <w:widowControl w:val="0"/>
            </w:pPr>
          </w:p>
        </w:tc>
      </w:tr>
      <w:tr w:rsidR="00EB58C0" w14:paraId="4A9A0969" w14:textId="77777777">
        <w:trPr>
          <w:jc w:val="center"/>
        </w:trPr>
        <w:tc>
          <w:tcPr>
            <w:tcW w:w="5102" w:type="dxa"/>
          </w:tcPr>
          <w:p w14:paraId="5E821BF7" w14:textId="77777777" w:rsidR="00EB58C0" w:rsidRDefault="00000000" w:rsidP="00A00BBC">
            <w:pPr>
              <w:widowControl w:val="0"/>
            </w:pPr>
            <w:r>
              <w:t>К/с:</w:t>
            </w:r>
          </w:p>
        </w:tc>
        <w:tc>
          <w:tcPr>
            <w:tcW w:w="5102" w:type="dxa"/>
          </w:tcPr>
          <w:p w14:paraId="4077AFA4" w14:textId="77777777" w:rsidR="00EB58C0" w:rsidRDefault="00EB58C0" w:rsidP="00A00BBC">
            <w:pPr>
              <w:widowControl w:val="0"/>
            </w:pPr>
          </w:p>
        </w:tc>
      </w:tr>
      <w:tr w:rsidR="00EB58C0" w14:paraId="69E648D5" w14:textId="77777777">
        <w:trPr>
          <w:jc w:val="center"/>
        </w:trPr>
        <w:tc>
          <w:tcPr>
            <w:tcW w:w="5102" w:type="dxa"/>
          </w:tcPr>
          <w:p w14:paraId="1267CB07" w14:textId="77777777" w:rsidR="00EB58C0" w:rsidRDefault="00000000" w:rsidP="00A00BBC">
            <w:pPr>
              <w:widowControl w:val="0"/>
            </w:pPr>
            <w:r>
              <w:t>_______________/ ________________</w:t>
            </w:r>
          </w:p>
          <w:p w14:paraId="32E482C4" w14:textId="77777777" w:rsidR="00EB58C0" w:rsidRDefault="00000000" w:rsidP="00A00BBC">
            <w:pPr>
              <w:widowControl w:val="0"/>
            </w:pPr>
            <w:r>
              <w:t>МП</w:t>
            </w:r>
          </w:p>
        </w:tc>
        <w:tc>
          <w:tcPr>
            <w:tcW w:w="5102" w:type="dxa"/>
          </w:tcPr>
          <w:p w14:paraId="03796E07" w14:textId="77777777" w:rsidR="00EB58C0" w:rsidRDefault="00000000" w:rsidP="00A00BBC">
            <w:pPr>
              <w:widowControl w:val="0"/>
            </w:pPr>
            <w:r>
              <w:t>_______________/ ________________</w:t>
            </w:r>
          </w:p>
          <w:p w14:paraId="647EA755" w14:textId="77777777" w:rsidR="00EB58C0" w:rsidRDefault="00000000" w:rsidP="00A00BBC">
            <w:pPr>
              <w:widowControl w:val="0"/>
            </w:pPr>
            <w:r>
              <w:t>МП</w:t>
            </w:r>
          </w:p>
        </w:tc>
      </w:tr>
    </w:tbl>
    <w:p w14:paraId="4285153B" w14:textId="77777777" w:rsidR="00EB58C0" w:rsidRDefault="00000000" w:rsidP="00A00BBC">
      <w:pPr>
        <w:widowControl w:val="0"/>
      </w:pPr>
      <w:r>
        <w:br w:type="page"/>
      </w:r>
    </w:p>
    <w:p w14:paraId="068C49F6" w14:textId="77777777" w:rsidR="00EB58C0" w:rsidRDefault="00000000" w:rsidP="00A00BBC">
      <w:pPr>
        <w:widowControl w:val="0"/>
        <w:jc w:val="center"/>
      </w:pPr>
      <w:r>
        <w:lastRenderedPageBreak/>
        <w:t>Приложение № 1 к Договору</w:t>
      </w:r>
    </w:p>
    <w:p w14:paraId="4EFE0775" w14:textId="77777777" w:rsidR="00EB58C0" w:rsidRDefault="00000000" w:rsidP="00A00BBC">
      <w:pPr>
        <w:widowControl w:val="0"/>
        <w:jc w:val="center"/>
      </w:pPr>
      <w:r>
        <w:t>от «___» _______ № ___________</w:t>
      </w:r>
    </w:p>
    <w:p w14:paraId="0270E9FA" w14:textId="77777777" w:rsidR="00EB58C0" w:rsidRDefault="00EB58C0" w:rsidP="00A00BBC">
      <w:pPr>
        <w:widowControl w:val="0"/>
        <w:jc w:val="both"/>
      </w:pPr>
    </w:p>
    <w:p w14:paraId="40CCC076"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ТЕХНИЧЕСКОЕ ЗАДАНИЕ (ОПИСАНИЕ ПРЕДМЕТА ЗАКУПКИ)</w:t>
      </w:r>
    </w:p>
    <w:p w14:paraId="0A0041E5" w14:textId="77777777" w:rsidR="00EB58C0" w:rsidRPr="00A949D4" w:rsidRDefault="00000000" w:rsidP="00A00BBC">
      <w:pPr>
        <w:widowControl w:val="0"/>
        <w:jc w:val="center"/>
      </w:pPr>
      <w:r w:rsidRPr="00A949D4">
        <w:rPr>
          <w:b/>
        </w:rPr>
        <w:t>на оказание услуг по очистке территории, погрузке, вывозу и утилизации снега с территории Заказчика</w:t>
      </w:r>
    </w:p>
    <w:p w14:paraId="46EC9C33" w14:textId="77777777" w:rsidR="00EB58C0" w:rsidRDefault="00EB58C0" w:rsidP="00A00BBC">
      <w:pPr>
        <w:widowControl w:val="0"/>
        <w:jc w:val="both"/>
      </w:pPr>
    </w:p>
    <w:p w14:paraId="7E31183B" w14:textId="77777777" w:rsidR="00EB58C0" w:rsidRDefault="00000000" w:rsidP="00A00BBC">
      <w:pPr>
        <w:widowControl w:val="0"/>
        <w:ind w:firstLine="567"/>
        <w:jc w:val="both"/>
      </w:pPr>
      <w: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aff0"/>
        <w:tblW w:w="0" w:type="auto"/>
        <w:jc w:val="center"/>
        <w:tblLayout w:type="fixed"/>
        <w:tblLook w:val="04A0" w:firstRow="1" w:lastRow="0" w:firstColumn="1" w:lastColumn="0" w:noHBand="0" w:noVBand="1"/>
      </w:tblPr>
      <w:tblGrid>
        <w:gridCol w:w="680"/>
        <w:gridCol w:w="2494"/>
        <w:gridCol w:w="1247"/>
        <w:gridCol w:w="3685"/>
        <w:gridCol w:w="964"/>
        <w:gridCol w:w="1134"/>
      </w:tblGrid>
      <w:tr w:rsidR="00EB58C0" w14:paraId="16837B7D" w14:textId="77777777">
        <w:trPr>
          <w:jc w:val="center"/>
        </w:trPr>
        <w:tc>
          <w:tcPr>
            <w:tcW w:w="680" w:type="dxa"/>
          </w:tcPr>
          <w:p w14:paraId="3C7B891E" w14:textId="77777777" w:rsidR="00EB58C0" w:rsidRDefault="00000000" w:rsidP="00A00BBC">
            <w:pPr>
              <w:widowControl w:val="0"/>
              <w:jc w:val="center"/>
            </w:pPr>
            <w:r>
              <w:rPr>
                <w:b/>
                <w:sz w:val="20"/>
              </w:rPr>
              <w:t>№ п/п</w:t>
            </w:r>
          </w:p>
        </w:tc>
        <w:tc>
          <w:tcPr>
            <w:tcW w:w="2494" w:type="dxa"/>
          </w:tcPr>
          <w:p w14:paraId="6A481D23" w14:textId="77777777" w:rsidR="00EB58C0" w:rsidRDefault="00000000" w:rsidP="00A00BBC">
            <w:pPr>
              <w:widowControl w:val="0"/>
              <w:jc w:val="center"/>
            </w:pPr>
            <w:r>
              <w:rPr>
                <w:b/>
                <w:sz w:val="20"/>
              </w:rPr>
              <w:t>Наименование услуги</w:t>
            </w:r>
          </w:p>
        </w:tc>
        <w:tc>
          <w:tcPr>
            <w:tcW w:w="1247" w:type="dxa"/>
          </w:tcPr>
          <w:p w14:paraId="6B92AE5D" w14:textId="77777777" w:rsidR="00EB58C0" w:rsidRDefault="00000000" w:rsidP="00A00BBC">
            <w:pPr>
              <w:widowControl w:val="0"/>
              <w:jc w:val="center"/>
            </w:pPr>
            <w:r>
              <w:rPr>
                <w:b/>
                <w:sz w:val="20"/>
              </w:rPr>
              <w:t xml:space="preserve">Код </w:t>
            </w:r>
            <w:proofErr w:type="spellStart"/>
            <w:r>
              <w:rPr>
                <w:b/>
                <w:sz w:val="20"/>
              </w:rPr>
              <w:t>ОКПД</w:t>
            </w:r>
            <w:proofErr w:type="spellEnd"/>
            <w:r>
              <w:rPr>
                <w:b/>
                <w:sz w:val="20"/>
              </w:rPr>
              <w:t xml:space="preserve"> 2</w:t>
            </w:r>
          </w:p>
        </w:tc>
        <w:tc>
          <w:tcPr>
            <w:tcW w:w="3685" w:type="dxa"/>
          </w:tcPr>
          <w:p w14:paraId="75382024" w14:textId="77777777" w:rsidR="00EB58C0" w:rsidRDefault="00000000" w:rsidP="00A00BBC">
            <w:pPr>
              <w:widowControl w:val="0"/>
              <w:jc w:val="center"/>
            </w:pPr>
            <w:r>
              <w:rPr>
                <w:b/>
                <w:sz w:val="20"/>
              </w:rPr>
              <w:t>Характеристики (требования)</w:t>
            </w:r>
          </w:p>
        </w:tc>
        <w:tc>
          <w:tcPr>
            <w:tcW w:w="964" w:type="dxa"/>
          </w:tcPr>
          <w:p w14:paraId="0535F6C0" w14:textId="77777777" w:rsidR="00EB58C0" w:rsidRDefault="00000000" w:rsidP="00A00BBC">
            <w:pPr>
              <w:widowControl w:val="0"/>
              <w:jc w:val="center"/>
            </w:pPr>
            <w:r>
              <w:rPr>
                <w:b/>
                <w:sz w:val="20"/>
              </w:rPr>
              <w:t>Ед. изм.</w:t>
            </w:r>
          </w:p>
        </w:tc>
        <w:tc>
          <w:tcPr>
            <w:tcW w:w="1134" w:type="dxa"/>
          </w:tcPr>
          <w:p w14:paraId="0247C5FF" w14:textId="77777777" w:rsidR="00EB58C0" w:rsidRDefault="00000000" w:rsidP="00A00BBC">
            <w:pPr>
              <w:widowControl w:val="0"/>
              <w:jc w:val="center"/>
            </w:pPr>
            <w:r>
              <w:rPr>
                <w:b/>
                <w:sz w:val="20"/>
              </w:rPr>
              <w:t>Объем</w:t>
            </w:r>
          </w:p>
        </w:tc>
      </w:tr>
      <w:tr w:rsidR="00EB58C0" w14:paraId="432D966B" w14:textId="77777777">
        <w:trPr>
          <w:jc w:val="center"/>
        </w:trPr>
        <w:tc>
          <w:tcPr>
            <w:tcW w:w="680" w:type="dxa"/>
          </w:tcPr>
          <w:p w14:paraId="4D253890" w14:textId="77777777" w:rsidR="00EB58C0" w:rsidRDefault="00EB58C0" w:rsidP="00A00BBC">
            <w:pPr>
              <w:widowControl w:val="0"/>
            </w:pPr>
          </w:p>
        </w:tc>
        <w:tc>
          <w:tcPr>
            <w:tcW w:w="2494" w:type="dxa"/>
          </w:tcPr>
          <w:p w14:paraId="27F7C81A" w14:textId="77777777" w:rsidR="00EB58C0" w:rsidRDefault="00EB58C0" w:rsidP="00A00BBC">
            <w:pPr>
              <w:widowControl w:val="0"/>
            </w:pPr>
          </w:p>
        </w:tc>
        <w:tc>
          <w:tcPr>
            <w:tcW w:w="1247" w:type="dxa"/>
          </w:tcPr>
          <w:p w14:paraId="67C4547A" w14:textId="77777777" w:rsidR="00EB58C0" w:rsidRDefault="00EB58C0" w:rsidP="00A00BBC">
            <w:pPr>
              <w:widowControl w:val="0"/>
            </w:pPr>
          </w:p>
        </w:tc>
        <w:tc>
          <w:tcPr>
            <w:tcW w:w="3685" w:type="dxa"/>
          </w:tcPr>
          <w:p w14:paraId="71E9ADA6" w14:textId="77777777" w:rsidR="00EB58C0" w:rsidRDefault="00EB58C0" w:rsidP="00A00BBC">
            <w:pPr>
              <w:widowControl w:val="0"/>
            </w:pPr>
          </w:p>
        </w:tc>
        <w:tc>
          <w:tcPr>
            <w:tcW w:w="964" w:type="dxa"/>
          </w:tcPr>
          <w:p w14:paraId="2CB7B7A3" w14:textId="77777777" w:rsidR="00EB58C0" w:rsidRDefault="00EB58C0" w:rsidP="00A00BBC">
            <w:pPr>
              <w:widowControl w:val="0"/>
            </w:pPr>
          </w:p>
        </w:tc>
        <w:tc>
          <w:tcPr>
            <w:tcW w:w="1134" w:type="dxa"/>
          </w:tcPr>
          <w:p w14:paraId="1F0CA549" w14:textId="77777777" w:rsidR="00EB58C0" w:rsidRDefault="00EB58C0" w:rsidP="00A00BBC">
            <w:pPr>
              <w:widowControl w:val="0"/>
            </w:pPr>
          </w:p>
        </w:tc>
      </w:tr>
      <w:tr w:rsidR="00EB58C0" w14:paraId="5651ECDD" w14:textId="77777777">
        <w:trPr>
          <w:jc w:val="center"/>
        </w:trPr>
        <w:tc>
          <w:tcPr>
            <w:tcW w:w="680" w:type="dxa"/>
          </w:tcPr>
          <w:p w14:paraId="46F069DA" w14:textId="77777777" w:rsidR="00EB58C0" w:rsidRDefault="00EB58C0" w:rsidP="00A00BBC">
            <w:pPr>
              <w:widowControl w:val="0"/>
            </w:pPr>
          </w:p>
        </w:tc>
        <w:tc>
          <w:tcPr>
            <w:tcW w:w="2494" w:type="dxa"/>
          </w:tcPr>
          <w:p w14:paraId="1019A804" w14:textId="77777777" w:rsidR="00EB58C0" w:rsidRDefault="00EB58C0" w:rsidP="00A00BBC">
            <w:pPr>
              <w:widowControl w:val="0"/>
            </w:pPr>
          </w:p>
        </w:tc>
        <w:tc>
          <w:tcPr>
            <w:tcW w:w="1247" w:type="dxa"/>
          </w:tcPr>
          <w:p w14:paraId="434F506F" w14:textId="77777777" w:rsidR="00EB58C0" w:rsidRDefault="00EB58C0" w:rsidP="00A00BBC">
            <w:pPr>
              <w:widowControl w:val="0"/>
            </w:pPr>
          </w:p>
        </w:tc>
        <w:tc>
          <w:tcPr>
            <w:tcW w:w="3685" w:type="dxa"/>
          </w:tcPr>
          <w:p w14:paraId="54CD87E4" w14:textId="77777777" w:rsidR="00EB58C0" w:rsidRDefault="00EB58C0" w:rsidP="00A00BBC">
            <w:pPr>
              <w:widowControl w:val="0"/>
            </w:pPr>
          </w:p>
        </w:tc>
        <w:tc>
          <w:tcPr>
            <w:tcW w:w="964" w:type="dxa"/>
          </w:tcPr>
          <w:p w14:paraId="6BE3204D" w14:textId="77777777" w:rsidR="00EB58C0" w:rsidRDefault="00EB58C0" w:rsidP="00A00BBC">
            <w:pPr>
              <w:widowControl w:val="0"/>
            </w:pPr>
          </w:p>
        </w:tc>
        <w:tc>
          <w:tcPr>
            <w:tcW w:w="1134" w:type="dxa"/>
          </w:tcPr>
          <w:p w14:paraId="035B0816" w14:textId="77777777" w:rsidR="00EB58C0" w:rsidRDefault="00EB58C0" w:rsidP="00A00BBC">
            <w:pPr>
              <w:widowControl w:val="0"/>
            </w:pPr>
          </w:p>
        </w:tc>
      </w:tr>
      <w:tr w:rsidR="00EB58C0" w14:paraId="457ED4B7" w14:textId="77777777">
        <w:trPr>
          <w:jc w:val="center"/>
        </w:trPr>
        <w:tc>
          <w:tcPr>
            <w:tcW w:w="680" w:type="dxa"/>
          </w:tcPr>
          <w:p w14:paraId="1FF8AEF5" w14:textId="77777777" w:rsidR="00EB58C0" w:rsidRDefault="00EB58C0" w:rsidP="00A00BBC">
            <w:pPr>
              <w:widowControl w:val="0"/>
            </w:pPr>
          </w:p>
        </w:tc>
        <w:tc>
          <w:tcPr>
            <w:tcW w:w="2494" w:type="dxa"/>
          </w:tcPr>
          <w:p w14:paraId="225CAA39" w14:textId="77777777" w:rsidR="00EB58C0" w:rsidRDefault="00EB58C0" w:rsidP="00A00BBC">
            <w:pPr>
              <w:widowControl w:val="0"/>
            </w:pPr>
          </w:p>
        </w:tc>
        <w:tc>
          <w:tcPr>
            <w:tcW w:w="1247" w:type="dxa"/>
          </w:tcPr>
          <w:p w14:paraId="57FB0F8B" w14:textId="77777777" w:rsidR="00EB58C0" w:rsidRDefault="00EB58C0" w:rsidP="00A00BBC">
            <w:pPr>
              <w:widowControl w:val="0"/>
            </w:pPr>
          </w:p>
        </w:tc>
        <w:tc>
          <w:tcPr>
            <w:tcW w:w="3685" w:type="dxa"/>
          </w:tcPr>
          <w:p w14:paraId="5590223C" w14:textId="77777777" w:rsidR="00EB58C0" w:rsidRDefault="00EB58C0" w:rsidP="00A00BBC">
            <w:pPr>
              <w:widowControl w:val="0"/>
            </w:pPr>
          </w:p>
        </w:tc>
        <w:tc>
          <w:tcPr>
            <w:tcW w:w="964" w:type="dxa"/>
          </w:tcPr>
          <w:p w14:paraId="157E305D" w14:textId="77777777" w:rsidR="00EB58C0" w:rsidRDefault="00EB58C0" w:rsidP="00A00BBC">
            <w:pPr>
              <w:widowControl w:val="0"/>
            </w:pPr>
          </w:p>
        </w:tc>
        <w:tc>
          <w:tcPr>
            <w:tcW w:w="1134" w:type="dxa"/>
          </w:tcPr>
          <w:p w14:paraId="25122E16" w14:textId="77777777" w:rsidR="00EB58C0" w:rsidRDefault="00EB58C0" w:rsidP="00A00BBC">
            <w:pPr>
              <w:widowControl w:val="0"/>
            </w:pPr>
          </w:p>
        </w:tc>
      </w:tr>
      <w:tr w:rsidR="00EB58C0" w14:paraId="5FDDC555" w14:textId="77777777">
        <w:trPr>
          <w:jc w:val="center"/>
        </w:trPr>
        <w:tc>
          <w:tcPr>
            <w:tcW w:w="680" w:type="dxa"/>
          </w:tcPr>
          <w:p w14:paraId="2DB33857" w14:textId="77777777" w:rsidR="00EB58C0" w:rsidRDefault="00EB58C0" w:rsidP="00A00BBC">
            <w:pPr>
              <w:widowControl w:val="0"/>
            </w:pPr>
          </w:p>
        </w:tc>
        <w:tc>
          <w:tcPr>
            <w:tcW w:w="2494" w:type="dxa"/>
          </w:tcPr>
          <w:p w14:paraId="4F851C80" w14:textId="77777777" w:rsidR="00EB58C0" w:rsidRDefault="00EB58C0" w:rsidP="00A00BBC">
            <w:pPr>
              <w:widowControl w:val="0"/>
            </w:pPr>
          </w:p>
        </w:tc>
        <w:tc>
          <w:tcPr>
            <w:tcW w:w="1247" w:type="dxa"/>
          </w:tcPr>
          <w:p w14:paraId="40A32B7F" w14:textId="77777777" w:rsidR="00EB58C0" w:rsidRDefault="00EB58C0" w:rsidP="00A00BBC">
            <w:pPr>
              <w:widowControl w:val="0"/>
            </w:pPr>
          </w:p>
        </w:tc>
        <w:tc>
          <w:tcPr>
            <w:tcW w:w="3685" w:type="dxa"/>
          </w:tcPr>
          <w:p w14:paraId="4EC88E8A" w14:textId="77777777" w:rsidR="00EB58C0" w:rsidRDefault="00EB58C0" w:rsidP="00A00BBC">
            <w:pPr>
              <w:widowControl w:val="0"/>
            </w:pPr>
          </w:p>
        </w:tc>
        <w:tc>
          <w:tcPr>
            <w:tcW w:w="964" w:type="dxa"/>
          </w:tcPr>
          <w:p w14:paraId="7F111115" w14:textId="77777777" w:rsidR="00EB58C0" w:rsidRDefault="00EB58C0" w:rsidP="00A00BBC">
            <w:pPr>
              <w:widowControl w:val="0"/>
            </w:pPr>
          </w:p>
        </w:tc>
        <w:tc>
          <w:tcPr>
            <w:tcW w:w="1134" w:type="dxa"/>
          </w:tcPr>
          <w:p w14:paraId="4CC9415F" w14:textId="77777777" w:rsidR="00EB58C0" w:rsidRDefault="00EB58C0" w:rsidP="00A00BBC">
            <w:pPr>
              <w:widowControl w:val="0"/>
            </w:pPr>
          </w:p>
        </w:tc>
      </w:tr>
    </w:tbl>
    <w:p w14:paraId="59E83654" w14:textId="77777777" w:rsidR="00EB58C0" w:rsidRDefault="00EB58C0" w:rsidP="00A00BBC">
      <w:pPr>
        <w:widowControl w:val="0"/>
        <w:jc w:val="both"/>
      </w:pPr>
    </w:p>
    <w:p w14:paraId="3C79164C" w14:textId="77777777" w:rsidR="00EB58C0" w:rsidRDefault="00000000" w:rsidP="00A00BBC">
      <w:pPr>
        <w:widowControl w:val="0"/>
        <w:ind w:firstLine="567"/>
        <w:jc w:val="both"/>
      </w:pPr>
      <w:r>
        <w:t>2. Место оказания услуг: ___________.</w:t>
      </w:r>
    </w:p>
    <w:p w14:paraId="0C593D06" w14:textId="77777777" w:rsidR="00EB58C0" w:rsidRDefault="00000000" w:rsidP="00A00BBC">
      <w:pPr>
        <w:widowControl w:val="0"/>
        <w:ind w:firstLine="567"/>
        <w:jc w:val="both"/>
      </w:pPr>
      <w:r>
        <w:t>3. Срок оказания услуг: __________.</w:t>
      </w:r>
    </w:p>
    <w:p w14:paraId="5686D9BB" w14:textId="77777777" w:rsidR="00EB58C0" w:rsidRDefault="00000000" w:rsidP="00A00BBC">
      <w:pPr>
        <w:widowControl w:val="0"/>
        <w:ind w:firstLine="567"/>
        <w:jc w:val="both"/>
      </w:pPr>
      <w:r>
        <w:t>4. Иные требования к оказанию услуг (при необходимости): ___________.</w:t>
      </w:r>
    </w:p>
    <w:p w14:paraId="0E5BD0E0" w14:textId="77777777" w:rsidR="00EB58C0" w:rsidRDefault="00EB58C0" w:rsidP="00A00BBC">
      <w:pPr>
        <w:widowControl w:val="0"/>
        <w:jc w:val="both"/>
      </w:pPr>
    </w:p>
    <w:p w14:paraId="7368D11A" w14:textId="77777777" w:rsidR="00EB58C0" w:rsidRDefault="00000000" w:rsidP="00A00BBC">
      <w:pPr>
        <w:widowControl w:val="0"/>
        <w:jc w:val="both"/>
      </w:pPr>
      <w:r>
        <w:t>ЗАКАЗЧИК:</w:t>
      </w:r>
    </w:p>
    <w:p w14:paraId="172AC756" w14:textId="77777777" w:rsidR="00EB58C0" w:rsidRDefault="00000000" w:rsidP="00A00BBC">
      <w:pPr>
        <w:widowControl w:val="0"/>
        <w:jc w:val="both"/>
      </w:pPr>
      <w:r>
        <w:t>ИСПОЛНИТЕЛЬ:</w:t>
      </w:r>
    </w:p>
    <w:p w14:paraId="5F2DEF81" w14:textId="77777777" w:rsidR="00EB58C0" w:rsidRDefault="00EB58C0" w:rsidP="00A00BBC">
      <w:pPr>
        <w:widowControl w:val="0"/>
        <w:jc w:val="both"/>
      </w:pPr>
    </w:p>
    <w:p w14:paraId="004A09B9" w14:textId="77777777" w:rsidR="00EB58C0" w:rsidRDefault="00000000" w:rsidP="00A00BBC">
      <w:pPr>
        <w:widowControl w:val="0"/>
        <w:jc w:val="both"/>
      </w:pPr>
      <w:r>
        <w:t>_______________/ _______________</w:t>
      </w:r>
    </w:p>
    <w:p w14:paraId="3363BA3A" w14:textId="77777777" w:rsidR="00EB58C0" w:rsidRDefault="00000000" w:rsidP="00A00BBC">
      <w:pPr>
        <w:widowControl w:val="0"/>
        <w:jc w:val="both"/>
      </w:pPr>
      <w:r>
        <w:t>МП</w:t>
      </w:r>
    </w:p>
    <w:p w14:paraId="13EC0982" w14:textId="77777777" w:rsidR="00EB58C0" w:rsidRDefault="00EB58C0" w:rsidP="00A00BBC">
      <w:pPr>
        <w:widowControl w:val="0"/>
        <w:jc w:val="both"/>
      </w:pPr>
    </w:p>
    <w:p w14:paraId="61357832" w14:textId="77777777" w:rsidR="00EB58C0" w:rsidRDefault="00000000" w:rsidP="00A00BBC">
      <w:pPr>
        <w:widowControl w:val="0"/>
        <w:jc w:val="both"/>
      </w:pPr>
      <w:r>
        <w:t>_______________/ ______________</w:t>
      </w:r>
    </w:p>
    <w:p w14:paraId="5B510A4D" w14:textId="77777777" w:rsidR="00EB58C0" w:rsidRDefault="00000000" w:rsidP="00A00BBC">
      <w:pPr>
        <w:widowControl w:val="0"/>
        <w:jc w:val="both"/>
      </w:pPr>
      <w:r>
        <w:t>МП</w:t>
      </w:r>
    </w:p>
    <w:p w14:paraId="4F051AA4" w14:textId="77777777" w:rsidR="00EB58C0" w:rsidRDefault="00000000" w:rsidP="00A00BBC">
      <w:pPr>
        <w:widowControl w:val="0"/>
      </w:pPr>
      <w:r>
        <w:br w:type="page"/>
      </w:r>
    </w:p>
    <w:p w14:paraId="11DBEA49" w14:textId="77777777" w:rsidR="00EB58C0" w:rsidRDefault="00000000" w:rsidP="00A00BBC">
      <w:pPr>
        <w:widowControl w:val="0"/>
        <w:jc w:val="center"/>
      </w:pPr>
      <w:r>
        <w:lastRenderedPageBreak/>
        <w:t>Приложение № 2 к Договору</w:t>
      </w:r>
    </w:p>
    <w:p w14:paraId="3CB7AACB" w14:textId="77777777" w:rsidR="00EB58C0" w:rsidRDefault="00000000" w:rsidP="00A00BBC">
      <w:pPr>
        <w:widowControl w:val="0"/>
        <w:jc w:val="center"/>
      </w:pPr>
      <w:r>
        <w:t>от «___» _______ № ___________</w:t>
      </w:r>
    </w:p>
    <w:p w14:paraId="6D1FF107" w14:textId="77777777" w:rsidR="00EB58C0" w:rsidRDefault="00EB58C0" w:rsidP="00A00BBC">
      <w:pPr>
        <w:widowControl w:val="0"/>
        <w:jc w:val="both"/>
      </w:pPr>
    </w:p>
    <w:p w14:paraId="7D6E9E16"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РАСЧЕТ ЦЕНЫ ДОГОВОРА (КАЛЬКУЛЯЦИЯ)</w:t>
      </w:r>
    </w:p>
    <w:p w14:paraId="17B3BEA3" w14:textId="77777777" w:rsidR="00EB58C0" w:rsidRPr="00A949D4" w:rsidRDefault="00000000" w:rsidP="00A00BBC">
      <w:pPr>
        <w:widowControl w:val="0"/>
        <w:jc w:val="center"/>
      </w:pPr>
      <w:r w:rsidRPr="00A949D4">
        <w:rPr>
          <w:b/>
        </w:rPr>
        <w:t>на оказание услуг по очистке территории, погрузке, вывозу и утилизации снега с территории Заказчика</w:t>
      </w:r>
    </w:p>
    <w:p w14:paraId="65A52471" w14:textId="77777777" w:rsidR="00EB58C0" w:rsidRDefault="00EB58C0" w:rsidP="00A00BBC">
      <w:pPr>
        <w:widowControl w:val="0"/>
        <w:jc w:val="both"/>
      </w:pPr>
    </w:p>
    <w:tbl>
      <w:tblPr>
        <w:tblStyle w:val="aff0"/>
        <w:tblW w:w="5000" w:type="pct"/>
        <w:jc w:val="center"/>
        <w:tblLook w:val="04A0" w:firstRow="1" w:lastRow="0" w:firstColumn="1" w:lastColumn="0" w:noHBand="0" w:noVBand="1"/>
      </w:tblPr>
      <w:tblGrid>
        <w:gridCol w:w="593"/>
        <w:gridCol w:w="3069"/>
        <w:gridCol w:w="1485"/>
        <w:gridCol w:w="1485"/>
        <w:gridCol w:w="1782"/>
        <w:gridCol w:w="1782"/>
      </w:tblGrid>
      <w:tr w:rsidR="00EB58C0" w14:paraId="13AF55A4" w14:textId="77777777" w:rsidTr="000F65DE">
        <w:trPr>
          <w:jc w:val="center"/>
        </w:trPr>
        <w:tc>
          <w:tcPr>
            <w:tcW w:w="291" w:type="pct"/>
          </w:tcPr>
          <w:p w14:paraId="0B73E9DB" w14:textId="77777777" w:rsidR="00EB58C0" w:rsidRDefault="00000000" w:rsidP="00A00BBC">
            <w:pPr>
              <w:widowControl w:val="0"/>
              <w:jc w:val="center"/>
            </w:pPr>
            <w:r>
              <w:rPr>
                <w:b/>
                <w:sz w:val="20"/>
              </w:rPr>
              <w:t>№ п/п</w:t>
            </w:r>
          </w:p>
        </w:tc>
        <w:tc>
          <w:tcPr>
            <w:tcW w:w="1505" w:type="pct"/>
          </w:tcPr>
          <w:p w14:paraId="78DF3220" w14:textId="77777777" w:rsidR="00EB58C0" w:rsidRDefault="00000000" w:rsidP="00A00BBC">
            <w:pPr>
              <w:widowControl w:val="0"/>
              <w:jc w:val="center"/>
            </w:pPr>
            <w:r>
              <w:rPr>
                <w:b/>
                <w:sz w:val="20"/>
              </w:rPr>
              <w:t>Наименование услуги</w:t>
            </w:r>
          </w:p>
        </w:tc>
        <w:tc>
          <w:tcPr>
            <w:tcW w:w="728" w:type="pct"/>
          </w:tcPr>
          <w:p w14:paraId="2592DEFA" w14:textId="77777777" w:rsidR="00EB58C0" w:rsidRDefault="00000000" w:rsidP="00A00BBC">
            <w:pPr>
              <w:widowControl w:val="0"/>
              <w:jc w:val="center"/>
            </w:pPr>
            <w:r>
              <w:rPr>
                <w:b/>
                <w:sz w:val="20"/>
              </w:rPr>
              <w:t>Ед. изм.</w:t>
            </w:r>
          </w:p>
        </w:tc>
        <w:tc>
          <w:tcPr>
            <w:tcW w:w="728" w:type="pct"/>
          </w:tcPr>
          <w:p w14:paraId="0E80DF49" w14:textId="77777777" w:rsidR="00EB58C0" w:rsidRDefault="00000000" w:rsidP="00A00BBC">
            <w:pPr>
              <w:widowControl w:val="0"/>
              <w:jc w:val="center"/>
            </w:pPr>
            <w:r>
              <w:rPr>
                <w:b/>
                <w:sz w:val="20"/>
              </w:rPr>
              <w:t>Кол-во</w:t>
            </w:r>
          </w:p>
        </w:tc>
        <w:tc>
          <w:tcPr>
            <w:tcW w:w="874" w:type="pct"/>
          </w:tcPr>
          <w:p w14:paraId="0102AB6C" w14:textId="77777777" w:rsidR="00EB58C0" w:rsidRDefault="00000000" w:rsidP="00A00BBC">
            <w:pPr>
              <w:widowControl w:val="0"/>
              <w:jc w:val="center"/>
            </w:pPr>
            <w:r>
              <w:rPr>
                <w:b/>
                <w:sz w:val="20"/>
              </w:rPr>
              <w:t>Цена за единицу с НДС/без НДС* (руб.)</w:t>
            </w:r>
          </w:p>
        </w:tc>
        <w:tc>
          <w:tcPr>
            <w:tcW w:w="874" w:type="pct"/>
          </w:tcPr>
          <w:p w14:paraId="5E76EEAD" w14:textId="77777777" w:rsidR="00EB58C0" w:rsidRDefault="00000000" w:rsidP="00A00BBC">
            <w:pPr>
              <w:widowControl w:val="0"/>
              <w:jc w:val="center"/>
            </w:pPr>
            <w:r>
              <w:rPr>
                <w:b/>
                <w:sz w:val="20"/>
              </w:rPr>
              <w:t>Сумма с НДС/без НДС* (руб.)</w:t>
            </w:r>
          </w:p>
        </w:tc>
      </w:tr>
      <w:tr w:rsidR="00EB58C0" w14:paraId="45D53EDE" w14:textId="77777777" w:rsidTr="000F65DE">
        <w:trPr>
          <w:jc w:val="center"/>
        </w:trPr>
        <w:tc>
          <w:tcPr>
            <w:tcW w:w="291" w:type="pct"/>
          </w:tcPr>
          <w:p w14:paraId="48753E02" w14:textId="77777777" w:rsidR="00EB58C0" w:rsidRDefault="00EB58C0" w:rsidP="00A00BBC">
            <w:pPr>
              <w:widowControl w:val="0"/>
            </w:pPr>
          </w:p>
        </w:tc>
        <w:tc>
          <w:tcPr>
            <w:tcW w:w="1505" w:type="pct"/>
          </w:tcPr>
          <w:p w14:paraId="54D8ACDD" w14:textId="77777777" w:rsidR="00EB58C0" w:rsidRDefault="00EB58C0" w:rsidP="00A00BBC">
            <w:pPr>
              <w:widowControl w:val="0"/>
            </w:pPr>
          </w:p>
        </w:tc>
        <w:tc>
          <w:tcPr>
            <w:tcW w:w="728" w:type="pct"/>
          </w:tcPr>
          <w:p w14:paraId="176C87D5" w14:textId="77777777" w:rsidR="00EB58C0" w:rsidRDefault="00EB58C0" w:rsidP="00A00BBC">
            <w:pPr>
              <w:widowControl w:val="0"/>
            </w:pPr>
          </w:p>
        </w:tc>
        <w:tc>
          <w:tcPr>
            <w:tcW w:w="728" w:type="pct"/>
          </w:tcPr>
          <w:p w14:paraId="39A3BF49" w14:textId="77777777" w:rsidR="00EB58C0" w:rsidRDefault="00EB58C0" w:rsidP="00A00BBC">
            <w:pPr>
              <w:widowControl w:val="0"/>
            </w:pPr>
          </w:p>
        </w:tc>
        <w:tc>
          <w:tcPr>
            <w:tcW w:w="874" w:type="pct"/>
          </w:tcPr>
          <w:p w14:paraId="59EE233E" w14:textId="77777777" w:rsidR="00EB58C0" w:rsidRDefault="00EB58C0" w:rsidP="00A00BBC">
            <w:pPr>
              <w:widowControl w:val="0"/>
            </w:pPr>
          </w:p>
        </w:tc>
        <w:tc>
          <w:tcPr>
            <w:tcW w:w="874" w:type="pct"/>
          </w:tcPr>
          <w:p w14:paraId="1FCAE58E" w14:textId="77777777" w:rsidR="00EB58C0" w:rsidRDefault="00EB58C0" w:rsidP="00A00BBC">
            <w:pPr>
              <w:widowControl w:val="0"/>
            </w:pPr>
          </w:p>
        </w:tc>
      </w:tr>
      <w:tr w:rsidR="00EB58C0" w14:paraId="0D67264B" w14:textId="77777777" w:rsidTr="000F65DE">
        <w:trPr>
          <w:jc w:val="center"/>
        </w:trPr>
        <w:tc>
          <w:tcPr>
            <w:tcW w:w="291" w:type="pct"/>
          </w:tcPr>
          <w:p w14:paraId="20D9B307" w14:textId="77777777" w:rsidR="00EB58C0" w:rsidRDefault="00EB58C0" w:rsidP="00A00BBC">
            <w:pPr>
              <w:widowControl w:val="0"/>
            </w:pPr>
          </w:p>
        </w:tc>
        <w:tc>
          <w:tcPr>
            <w:tcW w:w="1505" w:type="pct"/>
          </w:tcPr>
          <w:p w14:paraId="5AB5C7FE" w14:textId="77777777" w:rsidR="00EB58C0" w:rsidRDefault="00EB58C0" w:rsidP="00A00BBC">
            <w:pPr>
              <w:widowControl w:val="0"/>
            </w:pPr>
          </w:p>
        </w:tc>
        <w:tc>
          <w:tcPr>
            <w:tcW w:w="728" w:type="pct"/>
          </w:tcPr>
          <w:p w14:paraId="0AC63AD0" w14:textId="77777777" w:rsidR="00EB58C0" w:rsidRDefault="00EB58C0" w:rsidP="00A00BBC">
            <w:pPr>
              <w:widowControl w:val="0"/>
            </w:pPr>
          </w:p>
        </w:tc>
        <w:tc>
          <w:tcPr>
            <w:tcW w:w="728" w:type="pct"/>
          </w:tcPr>
          <w:p w14:paraId="71CAE160" w14:textId="77777777" w:rsidR="00EB58C0" w:rsidRDefault="00EB58C0" w:rsidP="00A00BBC">
            <w:pPr>
              <w:widowControl w:val="0"/>
            </w:pPr>
          </w:p>
        </w:tc>
        <w:tc>
          <w:tcPr>
            <w:tcW w:w="874" w:type="pct"/>
          </w:tcPr>
          <w:p w14:paraId="0F351956" w14:textId="77777777" w:rsidR="00EB58C0" w:rsidRDefault="00EB58C0" w:rsidP="00A00BBC">
            <w:pPr>
              <w:widowControl w:val="0"/>
            </w:pPr>
          </w:p>
        </w:tc>
        <w:tc>
          <w:tcPr>
            <w:tcW w:w="874" w:type="pct"/>
          </w:tcPr>
          <w:p w14:paraId="0319BCA8" w14:textId="77777777" w:rsidR="00EB58C0" w:rsidRDefault="00EB58C0" w:rsidP="00A00BBC">
            <w:pPr>
              <w:widowControl w:val="0"/>
            </w:pPr>
          </w:p>
        </w:tc>
      </w:tr>
      <w:tr w:rsidR="00EB58C0" w14:paraId="47F6879F" w14:textId="77777777" w:rsidTr="000F65DE">
        <w:trPr>
          <w:jc w:val="center"/>
        </w:trPr>
        <w:tc>
          <w:tcPr>
            <w:tcW w:w="291" w:type="pct"/>
          </w:tcPr>
          <w:p w14:paraId="4934B3A2" w14:textId="77777777" w:rsidR="00EB58C0" w:rsidRDefault="00EB58C0" w:rsidP="00A00BBC">
            <w:pPr>
              <w:widowControl w:val="0"/>
            </w:pPr>
          </w:p>
        </w:tc>
        <w:tc>
          <w:tcPr>
            <w:tcW w:w="1505" w:type="pct"/>
          </w:tcPr>
          <w:p w14:paraId="05DC3B07" w14:textId="77777777" w:rsidR="00EB58C0" w:rsidRDefault="00EB58C0" w:rsidP="00A00BBC">
            <w:pPr>
              <w:widowControl w:val="0"/>
            </w:pPr>
          </w:p>
        </w:tc>
        <w:tc>
          <w:tcPr>
            <w:tcW w:w="728" w:type="pct"/>
          </w:tcPr>
          <w:p w14:paraId="6CD1219B" w14:textId="77777777" w:rsidR="00EB58C0" w:rsidRDefault="00EB58C0" w:rsidP="00A00BBC">
            <w:pPr>
              <w:widowControl w:val="0"/>
            </w:pPr>
          </w:p>
        </w:tc>
        <w:tc>
          <w:tcPr>
            <w:tcW w:w="728" w:type="pct"/>
          </w:tcPr>
          <w:p w14:paraId="2E031BA4" w14:textId="77777777" w:rsidR="00EB58C0" w:rsidRDefault="00EB58C0" w:rsidP="00A00BBC">
            <w:pPr>
              <w:widowControl w:val="0"/>
            </w:pPr>
          </w:p>
        </w:tc>
        <w:tc>
          <w:tcPr>
            <w:tcW w:w="874" w:type="pct"/>
          </w:tcPr>
          <w:p w14:paraId="48481E72" w14:textId="77777777" w:rsidR="00EB58C0" w:rsidRDefault="00EB58C0" w:rsidP="00A00BBC">
            <w:pPr>
              <w:widowControl w:val="0"/>
            </w:pPr>
          </w:p>
        </w:tc>
        <w:tc>
          <w:tcPr>
            <w:tcW w:w="874" w:type="pct"/>
          </w:tcPr>
          <w:p w14:paraId="11C4DA47" w14:textId="77777777" w:rsidR="00EB58C0" w:rsidRDefault="00EB58C0" w:rsidP="00A00BBC">
            <w:pPr>
              <w:widowControl w:val="0"/>
            </w:pPr>
          </w:p>
        </w:tc>
      </w:tr>
      <w:tr w:rsidR="00EB58C0" w14:paraId="7FF348A5" w14:textId="77777777" w:rsidTr="000F65DE">
        <w:trPr>
          <w:jc w:val="center"/>
        </w:trPr>
        <w:tc>
          <w:tcPr>
            <w:tcW w:w="291" w:type="pct"/>
          </w:tcPr>
          <w:p w14:paraId="57BDB095" w14:textId="77777777" w:rsidR="00EB58C0" w:rsidRDefault="00EB58C0" w:rsidP="00A00BBC">
            <w:pPr>
              <w:widowControl w:val="0"/>
            </w:pPr>
          </w:p>
        </w:tc>
        <w:tc>
          <w:tcPr>
            <w:tcW w:w="1505" w:type="pct"/>
          </w:tcPr>
          <w:p w14:paraId="232C2B75" w14:textId="77777777" w:rsidR="00EB58C0" w:rsidRDefault="00EB58C0" w:rsidP="00A00BBC">
            <w:pPr>
              <w:widowControl w:val="0"/>
            </w:pPr>
          </w:p>
        </w:tc>
        <w:tc>
          <w:tcPr>
            <w:tcW w:w="728" w:type="pct"/>
          </w:tcPr>
          <w:p w14:paraId="708BED7C" w14:textId="77777777" w:rsidR="00EB58C0" w:rsidRDefault="00EB58C0" w:rsidP="00A00BBC">
            <w:pPr>
              <w:widowControl w:val="0"/>
            </w:pPr>
          </w:p>
        </w:tc>
        <w:tc>
          <w:tcPr>
            <w:tcW w:w="728" w:type="pct"/>
          </w:tcPr>
          <w:p w14:paraId="4322A0E9" w14:textId="77777777" w:rsidR="00EB58C0" w:rsidRDefault="00EB58C0" w:rsidP="00A00BBC">
            <w:pPr>
              <w:widowControl w:val="0"/>
            </w:pPr>
          </w:p>
        </w:tc>
        <w:tc>
          <w:tcPr>
            <w:tcW w:w="874" w:type="pct"/>
          </w:tcPr>
          <w:p w14:paraId="2283F605" w14:textId="77777777" w:rsidR="00EB58C0" w:rsidRDefault="00EB58C0" w:rsidP="00A00BBC">
            <w:pPr>
              <w:widowControl w:val="0"/>
            </w:pPr>
          </w:p>
        </w:tc>
        <w:tc>
          <w:tcPr>
            <w:tcW w:w="874" w:type="pct"/>
          </w:tcPr>
          <w:p w14:paraId="3B81DC75" w14:textId="77777777" w:rsidR="00EB58C0" w:rsidRDefault="00EB58C0" w:rsidP="00A00BBC">
            <w:pPr>
              <w:widowControl w:val="0"/>
            </w:pPr>
          </w:p>
        </w:tc>
      </w:tr>
      <w:tr w:rsidR="00EB58C0" w14:paraId="310DD1D7" w14:textId="77777777" w:rsidTr="000F65DE">
        <w:trPr>
          <w:jc w:val="center"/>
        </w:trPr>
        <w:tc>
          <w:tcPr>
            <w:tcW w:w="1796" w:type="pct"/>
            <w:gridSpan w:val="2"/>
          </w:tcPr>
          <w:p w14:paraId="3336E178" w14:textId="77777777" w:rsidR="00EB58C0" w:rsidRDefault="00000000" w:rsidP="00A00BBC">
            <w:pPr>
              <w:widowControl w:val="0"/>
            </w:pPr>
            <w:r>
              <w:rPr>
                <w:b/>
                <w:sz w:val="20"/>
              </w:rPr>
              <w:t>Итого с НДС/без НДС*, руб.</w:t>
            </w:r>
          </w:p>
        </w:tc>
        <w:tc>
          <w:tcPr>
            <w:tcW w:w="728" w:type="pct"/>
          </w:tcPr>
          <w:p w14:paraId="5B74986D" w14:textId="77777777" w:rsidR="00EB58C0" w:rsidRDefault="00EB58C0" w:rsidP="00A00BBC">
            <w:pPr>
              <w:widowControl w:val="0"/>
            </w:pPr>
          </w:p>
        </w:tc>
        <w:tc>
          <w:tcPr>
            <w:tcW w:w="728" w:type="pct"/>
          </w:tcPr>
          <w:p w14:paraId="230873A7" w14:textId="77777777" w:rsidR="00EB58C0" w:rsidRDefault="00EB58C0" w:rsidP="00A00BBC">
            <w:pPr>
              <w:widowControl w:val="0"/>
            </w:pPr>
          </w:p>
        </w:tc>
        <w:tc>
          <w:tcPr>
            <w:tcW w:w="874" w:type="pct"/>
          </w:tcPr>
          <w:p w14:paraId="16499048" w14:textId="77777777" w:rsidR="00EB58C0" w:rsidRDefault="00EB58C0" w:rsidP="00A00BBC">
            <w:pPr>
              <w:widowControl w:val="0"/>
            </w:pPr>
          </w:p>
        </w:tc>
        <w:tc>
          <w:tcPr>
            <w:tcW w:w="874" w:type="pct"/>
          </w:tcPr>
          <w:p w14:paraId="1F30DFFE" w14:textId="77777777" w:rsidR="00EB58C0" w:rsidRDefault="00EB58C0" w:rsidP="00A00BBC">
            <w:pPr>
              <w:widowControl w:val="0"/>
            </w:pPr>
          </w:p>
        </w:tc>
      </w:tr>
      <w:tr w:rsidR="00EB58C0" w14:paraId="14B2D810" w14:textId="77777777" w:rsidTr="000F65DE">
        <w:trPr>
          <w:jc w:val="center"/>
        </w:trPr>
        <w:tc>
          <w:tcPr>
            <w:tcW w:w="1796" w:type="pct"/>
            <w:gridSpan w:val="2"/>
          </w:tcPr>
          <w:p w14:paraId="7A37F247" w14:textId="77777777" w:rsidR="00EB58C0" w:rsidRDefault="00000000" w:rsidP="00A00BBC">
            <w:pPr>
              <w:widowControl w:val="0"/>
            </w:pPr>
            <w:r>
              <w:rPr>
                <w:b/>
                <w:sz w:val="20"/>
              </w:rPr>
              <w:t>В том числе НДС (___</w:t>
            </w:r>
            <w:proofErr w:type="gramStart"/>
            <w:r>
              <w:rPr>
                <w:b/>
                <w:sz w:val="20"/>
              </w:rPr>
              <w:t>%)*</w:t>
            </w:r>
            <w:proofErr w:type="gramEnd"/>
            <w:r>
              <w:rPr>
                <w:b/>
                <w:sz w:val="20"/>
              </w:rPr>
              <w:t>*, руб.</w:t>
            </w:r>
          </w:p>
        </w:tc>
        <w:tc>
          <w:tcPr>
            <w:tcW w:w="728" w:type="pct"/>
          </w:tcPr>
          <w:p w14:paraId="4F569171" w14:textId="77777777" w:rsidR="00EB58C0" w:rsidRDefault="00EB58C0" w:rsidP="00A00BBC">
            <w:pPr>
              <w:widowControl w:val="0"/>
            </w:pPr>
          </w:p>
        </w:tc>
        <w:tc>
          <w:tcPr>
            <w:tcW w:w="728" w:type="pct"/>
          </w:tcPr>
          <w:p w14:paraId="47167B6F" w14:textId="77777777" w:rsidR="00EB58C0" w:rsidRDefault="00EB58C0" w:rsidP="00A00BBC">
            <w:pPr>
              <w:widowControl w:val="0"/>
            </w:pPr>
          </w:p>
        </w:tc>
        <w:tc>
          <w:tcPr>
            <w:tcW w:w="874" w:type="pct"/>
          </w:tcPr>
          <w:p w14:paraId="448A33EE" w14:textId="77777777" w:rsidR="00EB58C0" w:rsidRDefault="00EB58C0" w:rsidP="00A00BBC">
            <w:pPr>
              <w:widowControl w:val="0"/>
            </w:pPr>
          </w:p>
        </w:tc>
        <w:tc>
          <w:tcPr>
            <w:tcW w:w="874" w:type="pct"/>
          </w:tcPr>
          <w:p w14:paraId="04F70CCD" w14:textId="77777777" w:rsidR="00EB58C0" w:rsidRDefault="00EB58C0" w:rsidP="00A00BBC">
            <w:pPr>
              <w:widowControl w:val="0"/>
            </w:pPr>
          </w:p>
        </w:tc>
      </w:tr>
    </w:tbl>
    <w:p w14:paraId="2C178B25" w14:textId="77777777" w:rsidR="00EB58C0" w:rsidRDefault="00EB58C0" w:rsidP="00A00BBC">
      <w:pPr>
        <w:widowControl w:val="0"/>
        <w:jc w:val="both"/>
      </w:pPr>
    </w:p>
    <w:p w14:paraId="1E41E029" w14:textId="77777777" w:rsidR="00EB58C0" w:rsidRDefault="00000000" w:rsidP="00A00BBC">
      <w:pPr>
        <w:widowControl w:val="0"/>
        <w:ind w:firstLine="567"/>
        <w:jc w:val="both"/>
      </w:pPr>
      <w:r>
        <w:rPr>
          <w:sz w:val="20"/>
        </w:rPr>
        <w:t>* При заключении договора в случае, если договор заключается с участником, который в соответствии с НК РФ признается плательщиком НДС и услуги облагаются НДС, то указывается «с НДС»; если договор заключается с участником, который в соответствии с НК РФ НЕ признается плательщиком НДС и (или) услуги не облагаются НДС, указывается «без НДС».</w:t>
      </w:r>
    </w:p>
    <w:p w14:paraId="604156F0" w14:textId="77777777" w:rsidR="00EB58C0" w:rsidRDefault="00000000" w:rsidP="00A00BBC">
      <w:pPr>
        <w:widowControl w:val="0"/>
        <w:ind w:firstLine="567"/>
        <w:jc w:val="both"/>
      </w:pPr>
      <w:r>
        <w:rPr>
          <w:b/>
          <w:sz w:val="20"/>
        </w:rPr>
        <w:t xml:space="preserve"> При заключении договора указывается строка, если договор заключается с участником, который в соответствии с НК РФ признается плательщиком НДС и услуги облагаются НДС; если договор заключается с участником, который в соответствии с НК РФ НЕ признается плательщиком НДС и (или) услуги не облагаются НДС, строка исключается.</w:t>
      </w:r>
    </w:p>
    <w:p w14:paraId="45B1316B" w14:textId="77777777" w:rsidR="00EB58C0" w:rsidRDefault="00EB58C0" w:rsidP="00A00BBC">
      <w:pPr>
        <w:widowControl w:val="0"/>
        <w:jc w:val="both"/>
      </w:pPr>
    </w:p>
    <w:p w14:paraId="39C1B5DB" w14:textId="77777777" w:rsidR="00EB58C0" w:rsidRDefault="00000000" w:rsidP="00A00BBC">
      <w:pPr>
        <w:widowControl w:val="0"/>
        <w:ind w:firstLine="567"/>
        <w:jc w:val="both"/>
      </w:pPr>
      <w:r>
        <w:t>Общая сумма по расчету цены составляет: ___________ (______________________),</w:t>
      </w:r>
    </w:p>
    <w:p w14:paraId="576A602F" w14:textId="77777777" w:rsidR="00EB58C0" w:rsidRDefault="00000000" w:rsidP="00A00BBC">
      <w:pPr>
        <w:widowControl w:val="0"/>
        <w:ind w:firstLine="567"/>
        <w:jc w:val="both"/>
      </w:pPr>
      <w:r>
        <w:t>При заключении договора выбирается один из следующих вариантов:</w:t>
      </w:r>
    </w:p>
    <w:p w14:paraId="26F8CBCF" w14:textId="77777777" w:rsidR="00EB58C0" w:rsidRDefault="00000000" w:rsidP="00A00BBC">
      <w:pPr>
        <w:widowControl w:val="0"/>
        <w:ind w:firstLine="567"/>
        <w:jc w:val="both"/>
      </w:pPr>
      <w:r>
        <w:t>1) Если услуги по договору облагаются НДС в соответствии с НК РФ и Исполнитель является плательщиком НДС в соответствии с НК РФ:</w:t>
      </w:r>
    </w:p>
    <w:p w14:paraId="31AF8AC8" w14:textId="77777777" w:rsidR="00EB58C0" w:rsidRDefault="00000000" w:rsidP="00A00BBC">
      <w:pPr>
        <w:widowControl w:val="0"/>
        <w:ind w:firstLine="567"/>
        <w:jc w:val="both"/>
      </w:pPr>
      <w:r>
        <w:t>в том числе НДС (___%) – __________ рублей (______________).</w:t>
      </w:r>
    </w:p>
    <w:p w14:paraId="366BF88B" w14:textId="77777777" w:rsidR="00EB58C0" w:rsidRDefault="00000000" w:rsidP="00A00BBC">
      <w:pPr>
        <w:widowControl w:val="0"/>
        <w:ind w:firstLine="567"/>
        <w:jc w:val="both"/>
      </w:pPr>
      <w:r>
        <w:t>2) Если услуги по договору не облагаются НДС в соответствии с НК РФ или Исполнитель не является плательщиком НДС в соответствии с НК РФ:</w:t>
      </w:r>
    </w:p>
    <w:p w14:paraId="672AB6D3" w14:textId="77777777" w:rsidR="00EB58C0" w:rsidRDefault="00000000" w:rsidP="00A00BBC">
      <w:pPr>
        <w:widowControl w:val="0"/>
        <w:ind w:firstLine="567"/>
        <w:jc w:val="both"/>
      </w:pPr>
      <w:r>
        <w:t>НДС не облагается на основании ___________________ НК РФ.</w:t>
      </w:r>
    </w:p>
    <w:p w14:paraId="6CB49DAF" w14:textId="77777777" w:rsidR="00EB58C0" w:rsidRDefault="00EB58C0" w:rsidP="00A00BBC">
      <w:pPr>
        <w:widowControl w:val="0"/>
        <w:jc w:val="both"/>
      </w:pPr>
    </w:p>
    <w:p w14:paraId="68122507" w14:textId="77777777" w:rsidR="00EB58C0" w:rsidRDefault="00000000" w:rsidP="00A00BBC">
      <w:pPr>
        <w:widowControl w:val="0"/>
        <w:jc w:val="both"/>
      </w:pPr>
      <w:r>
        <w:t>ЗАКАЗЧИК:</w:t>
      </w:r>
    </w:p>
    <w:p w14:paraId="1B237176" w14:textId="77777777" w:rsidR="00EB58C0" w:rsidRDefault="00000000" w:rsidP="00A00BBC">
      <w:pPr>
        <w:widowControl w:val="0"/>
        <w:jc w:val="both"/>
      </w:pPr>
      <w:r>
        <w:t>ИСПОЛНИТЕЛЬ:</w:t>
      </w:r>
    </w:p>
    <w:p w14:paraId="39C46F45" w14:textId="77777777" w:rsidR="00EB58C0" w:rsidRDefault="00EB58C0" w:rsidP="00A00BBC">
      <w:pPr>
        <w:widowControl w:val="0"/>
        <w:jc w:val="both"/>
      </w:pPr>
    </w:p>
    <w:p w14:paraId="3FED74C5" w14:textId="77777777" w:rsidR="00EB58C0" w:rsidRDefault="00000000" w:rsidP="00A00BBC">
      <w:pPr>
        <w:widowControl w:val="0"/>
        <w:jc w:val="both"/>
      </w:pPr>
      <w:r>
        <w:t>_______________/ _______________</w:t>
      </w:r>
    </w:p>
    <w:p w14:paraId="13A58714" w14:textId="77777777" w:rsidR="00EB58C0" w:rsidRDefault="00000000" w:rsidP="00A00BBC">
      <w:pPr>
        <w:widowControl w:val="0"/>
        <w:jc w:val="both"/>
      </w:pPr>
      <w:r>
        <w:t>МП</w:t>
      </w:r>
    </w:p>
    <w:p w14:paraId="503BD81E" w14:textId="77777777" w:rsidR="00EB58C0" w:rsidRDefault="00EB58C0" w:rsidP="00A00BBC">
      <w:pPr>
        <w:widowControl w:val="0"/>
        <w:jc w:val="both"/>
      </w:pPr>
    </w:p>
    <w:p w14:paraId="22DEC62D" w14:textId="77777777" w:rsidR="00EB58C0" w:rsidRDefault="00000000" w:rsidP="00A00BBC">
      <w:pPr>
        <w:widowControl w:val="0"/>
        <w:jc w:val="both"/>
      </w:pPr>
      <w:r>
        <w:t>_______________/ ______________</w:t>
      </w:r>
    </w:p>
    <w:p w14:paraId="57656691" w14:textId="77777777" w:rsidR="00EB58C0" w:rsidRDefault="00000000" w:rsidP="00A00BBC">
      <w:pPr>
        <w:widowControl w:val="0"/>
        <w:jc w:val="both"/>
      </w:pPr>
      <w:r>
        <w:t>МП</w:t>
      </w:r>
    </w:p>
    <w:sectPr w:rsidR="00EB58C0" w:rsidSect="00034616">
      <w:footerReference w:type="default" r:id="rId8"/>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5A927" w14:textId="77777777" w:rsidR="00535F13" w:rsidRDefault="00535F13">
      <w:r>
        <w:separator/>
      </w:r>
    </w:p>
  </w:endnote>
  <w:endnote w:type="continuationSeparator" w:id="0">
    <w:p w14:paraId="79E613D6" w14:textId="77777777" w:rsidR="00535F13" w:rsidRDefault="0053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altName w:val="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2BEE" w14:textId="77777777" w:rsidR="00EB58C0" w:rsidRDefault="00000000">
    <w:pPr>
      <w:pStyle w:val="a7"/>
      <w:jc w:val="center"/>
    </w:pPr>
    <w:r>
      <w:rPr>
        <w:b/>
      </w:rPr>
      <w:t xml:space="preserve">Страница </w:t>
    </w:r>
    <w:r>
      <w:rPr>
        <w:b/>
      </w:rPr>
      <w:fldChar w:fldCharType="begin"/>
    </w:r>
    <w:r>
      <w:rPr>
        <w:b/>
      </w:rPr>
      <w:instrText>PAGE</w:instrText>
    </w:r>
    <w:r>
      <w:rPr>
        <w:b/>
      </w:rPr>
      <w:fldChar w:fldCharType="separate"/>
    </w:r>
    <w:r>
      <w:rPr>
        <w:b/>
      </w:rPr>
      <w:t>1</w:t>
    </w:r>
    <w:r>
      <w:rPr>
        <w:b/>
      </w:rPr>
      <w:fldChar w:fldCharType="end"/>
    </w:r>
    <w:r>
      <w:rPr>
        <w:b/>
      </w:rPr>
      <w:t xml:space="preserve"> из </w:t>
    </w:r>
    <w:r>
      <w:rPr>
        <w:b/>
      </w:rPr>
      <w:fldChar w:fldCharType="begin"/>
    </w:r>
    <w:r>
      <w:rPr>
        <w:b/>
      </w:rPr>
      <w:instrText>NUMPAGES</w:instrText>
    </w:r>
    <w:r>
      <w:rPr>
        <w:b/>
      </w:rPr>
      <w:fldChar w:fldCharType="separate"/>
    </w:r>
    <w:r>
      <w:rPr>
        <w:b/>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3C97" w14:textId="77777777" w:rsidR="00535F13" w:rsidRDefault="00535F13">
      <w:r>
        <w:separator/>
      </w:r>
    </w:p>
  </w:footnote>
  <w:footnote w:type="continuationSeparator" w:id="0">
    <w:p w14:paraId="74195923" w14:textId="77777777" w:rsidR="00535F13" w:rsidRDefault="00535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73432021">
    <w:abstractNumId w:val="8"/>
  </w:num>
  <w:num w:numId="2" w16cid:durableId="471867893">
    <w:abstractNumId w:val="6"/>
  </w:num>
  <w:num w:numId="3" w16cid:durableId="465392089">
    <w:abstractNumId w:val="5"/>
  </w:num>
  <w:num w:numId="4" w16cid:durableId="352996373">
    <w:abstractNumId w:val="4"/>
  </w:num>
  <w:num w:numId="5" w16cid:durableId="1599945661">
    <w:abstractNumId w:val="7"/>
  </w:num>
  <w:num w:numId="6" w16cid:durableId="176426554">
    <w:abstractNumId w:val="3"/>
  </w:num>
  <w:num w:numId="7" w16cid:durableId="700667334">
    <w:abstractNumId w:val="2"/>
  </w:num>
  <w:num w:numId="8" w16cid:durableId="990521598">
    <w:abstractNumId w:val="1"/>
  </w:num>
  <w:num w:numId="9" w16cid:durableId="969212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2A0"/>
    <w:rsid w:val="00034616"/>
    <w:rsid w:val="0006063C"/>
    <w:rsid w:val="000B4EEC"/>
    <w:rsid w:val="000F65DE"/>
    <w:rsid w:val="0015074B"/>
    <w:rsid w:val="0029639D"/>
    <w:rsid w:val="003238F2"/>
    <w:rsid w:val="00326F90"/>
    <w:rsid w:val="00535F13"/>
    <w:rsid w:val="00616D98"/>
    <w:rsid w:val="00793E19"/>
    <w:rsid w:val="007E0751"/>
    <w:rsid w:val="009F6D5D"/>
    <w:rsid w:val="00A00BBC"/>
    <w:rsid w:val="00A949D4"/>
    <w:rsid w:val="00AA1D8D"/>
    <w:rsid w:val="00B47730"/>
    <w:rsid w:val="00CB0664"/>
    <w:rsid w:val="00CB68F3"/>
    <w:rsid w:val="00D84C1F"/>
    <w:rsid w:val="00E56D87"/>
    <w:rsid w:val="00EB58C0"/>
    <w:rsid w:val="00F56E43"/>
    <w:rsid w:val="00F979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EEDBD1"/>
  <w14:defaultImageDpi w14:val="300"/>
  <w15:docId w15:val="{D0D583A0-CE20-4529-B8D6-78FB5A7E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cs="Times New Roman"/>
      <w:lang w:val="ru-RU"/>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9760</Words>
  <Characters>55635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dcterms:created xsi:type="dcterms:W3CDTF">2026-08-28T10:44:00Z</dcterms:created>
  <dcterms:modified xsi:type="dcterms:W3CDTF">2026-10-01T11:58:00Z</dcterms:modified>
  <cp:category/>
</cp:coreProperties>
</file>